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022AD" w14:textId="77777777" w:rsidR="008072C4" w:rsidRPr="00055CCD" w:rsidRDefault="008072C4">
      <w:pPr>
        <w:rPr>
          <w:rFonts w:ascii="Arial" w:hAnsi="Arial" w:cs="Arial"/>
        </w:rPr>
      </w:pPr>
    </w:p>
    <w:p w14:paraId="1941BC9F" w14:textId="77777777" w:rsidR="00055CCD" w:rsidRPr="00055CCD" w:rsidRDefault="00055CCD">
      <w:pPr>
        <w:rPr>
          <w:rFonts w:ascii="Arial" w:hAnsi="Arial" w:cs="Arial"/>
        </w:rPr>
      </w:pPr>
    </w:p>
    <w:p w14:paraId="0273E622" w14:textId="19FBB4A2" w:rsidR="00BA7FD0" w:rsidRPr="00055CCD" w:rsidRDefault="00BA7FD0" w:rsidP="00133C9E">
      <w:pPr>
        <w:jc w:val="both"/>
        <w:rPr>
          <w:rFonts w:ascii="Arial" w:hAnsi="Arial" w:cs="Arial"/>
          <w:sz w:val="24"/>
          <w:szCs w:val="24"/>
        </w:rPr>
      </w:pPr>
      <w:r w:rsidRPr="00055CCD">
        <w:rPr>
          <w:rFonts w:ascii="Arial" w:hAnsi="Arial" w:cs="Arial"/>
          <w:sz w:val="24"/>
          <w:szCs w:val="24"/>
        </w:rPr>
        <w:t>Na osnovu člana 13. stav 1. Zakona o političkim organizacijama („Službeni list SRBiH“, broj: 27/1991) politička organizacija „Republikanci Bosne i Hercegovine“ na osnivačkoj skupštini održanoj</w:t>
      </w:r>
      <w:r w:rsidR="00A10652">
        <w:rPr>
          <w:rFonts w:ascii="Arial" w:hAnsi="Arial" w:cs="Arial"/>
          <w:sz w:val="24"/>
          <w:szCs w:val="24"/>
        </w:rPr>
        <w:t xml:space="preserve"> 20.02.</w:t>
      </w:r>
      <w:r w:rsidRPr="00055CCD">
        <w:rPr>
          <w:rFonts w:ascii="Arial" w:hAnsi="Arial" w:cs="Arial"/>
          <w:sz w:val="24"/>
          <w:szCs w:val="24"/>
        </w:rPr>
        <w:t>2026. godine</w:t>
      </w:r>
      <w:r w:rsidR="00A10652">
        <w:rPr>
          <w:rFonts w:ascii="Arial" w:hAnsi="Arial" w:cs="Arial"/>
          <w:sz w:val="24"/>
          <w:szCs w:val="24"/>
        </w:rPr>
        <w:t xml:space="preserve"> u Sarajevu</w:t>
      </w:r>
      <w:r w:rsidRPr="00055CCD">
        <w:rPr>
          <w:rFonts w:ascii="Arial" w:hAnsi="Arial" w:cs="Arial"/>
          <w:sz w:val="24"/>
          <w:szCs w:val="24"/>
        </w:rPr>
        <w:t xml:space="preserve">, </w:t>
      </w:r>
      <w:r w:rsidR="00E30262">
        <w:rPr>
          <w:rFonts w:ascii="Arial" w:hAnsi="Arial" w:cs="Arial"/>
          <w:sz w:val="24"/>
          <w:szCs w:val="24"/>
        </w:rPr>
        <w:t xml:space="preserve">jednoglasno </w:t>
      </w:r>
      <w:r w:rsidRPr="00055CCD">
        <w:rPr>
          <w:rFonts w:ascii="Arial" w:hAnsi="Arial" w:cs="Arial"/>
          <w:sz w:val="24"/>
          <w:szCs w:val="24"/>
        </w:rPr>
        <w:t>donosi</w:t>
      </w:r>
      <w:r w:rsidR="00A10652">
        <w:rPr>
          <w:rFonts w:ascii="Arial" w:hAnsi="Arial" w:cs="Arial"/>
          <w:sz w:val="24"/>
          <w:szCs w:val="24"/>
        </w:rPr>
        <w:t>:</w:t>
      </w:r>
    </w:p>
    <w:p w14:paraId="1A5221BC" w14:textId="77777777" w:rsidR="00133C9E" w:rsidRPr="00055CCD" w:rsidRDefault="00133C9E" w:rsidP="00133C9E">
      <w:pPr>
        <w:jc w:val="center"/>
        <w:rPr>
          <w:rFonts w:ascii="Arial" w:hAnsi="Arial" w:cs="Arial"/>
          <w:b/>
          <w:sz w:val="24"/>
          <w:szCs w:val="24"/>
        </w:rPr>
      </w:pPr>
    </w:p>
    <w:p w14:paraId="5E28C92D" w14:textId="5B07ADCA" w:rsidR="00BA7FD0" w:rsidRPr="00055CCD" w:rsidRDefault="00BA7FD0" w:rsidP="00133C9E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S T A T U T</w:t>
      </w:r>
    </w:p>
    <w:p w14:paraId="50A306FB" w14:textId="1846CE72" w:rsidR="00BA7FD0" w:rsidRPr="00055CCD" w:rsidRDefault="00BA7FD0" w:rsidP="00BA7FD0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POLITIČKE ORGANIZACIJE „REPUBLIKANCI BOSNE I HERCEGOVINE“</w:t>
      </w:r>
    </w:p>
    <w:p w14:paraId="18FEAA53" w14:textId="1A5D3089" w:rsidR="00BA7FD0" w:rsidRDefault="00BA7FD0" w:rsidP="008858B0">
      <w:pPr>
        <w:jc w:val="center"/>
        <w:rPr>
          <w:rFonts w:ascii="Arial" w:hAnsi="Arial" w:cs="Arial"/>
          <w:b/>
          <w:sz w:val="24"/>
          <w:szCs w:val="24"/>
        </w:rPr>
      </w:pPr>
    </w:p>
    <w:p w14:paraId="0CA4A176" w14:textId="77777777" w:rsidR="00D1072B" w:rsidRPr="00055CCD" w:rsidRDefault="00D1072B" w:rsidP="008858B0">
      <w:pPr>
        <w:jc w:val="center"/>
        <w:rPr>
          <w:rFonts w:ascii="Arial" w:hAnsi="Arial" w:cs="Arial"/>
          <w:b/>
          <w:sz w:val="24"/>
          <w:szCs w:val="24"/>
        </w:rPr>
      </w:pPr>
    </w:p>
    <w:p w14:paraId="6F6ABA29" w14:textId="37587142" w:rsidR="00BA7FD0" w:rsidRPr="00055CCD" w:rsidRDefault="00BA7FD0" w:rsidP="008858B0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I OSNOVNE ODREDBE</w:t>
      </w:r>
    </w:p>
    <w:p w14:paraId="5FCDD771" w14:textId="0A0CE18F" w:rsidR="00BA7FD0" w:rsidRPr="00055CCD" w:rsidRDefault="00BA7FD0" w:rsidP="00133C9E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Član 1.</w:t>
      </w:r>
    </w:p>
    <w:p w14:paraId="7EB53DB2" w14:textId="66702E82" w:rsidR="00BA7FD0" w:rsidRPr="00055CCD" w:rsidRDefault="00BA7FD0" w:rsidP="00133C9E">
      <w:pPr>
        <w:jc w:val="both"/>
        <w:rPr>
          <w:rFonts w:ascii="Arial" w:hAnsi="Arial" w:cs="Arial"/>
          <w:sz w:val="24"/>
          <w:szCs w:val="24"/>
        </w:rPr>
      </w:pPr>
      <w:r w:rsidRPr="00055CCD">
        <w:rPr>
          <w:rFonts w:ascii="Arial" w:hAnsi="Arial" w:cs="Arial"/>
          <w:sz w:val="24"/>
          <w:szCs w:val="24"/>
        </w:rPr>
        <w:t>Politička organizacija „Republikanci Bosne i Hercegovine“</w:t>
      </w:r>
      <w:r w:rsidR="00A10652">
        <w:rPr>
          <w:rFonts w:ascii="Arial" w:hAnsi="Arial" w:cs="Arial"/>
          <w:sz w:val="24"/>
          <w:szCs w:val="24"/>
        </w:rPr>
        <w:t>, skraćeni naziv „Republikanci BiH“,</w:t>
      </w:r>
      <w:r w:rsidR="00133C9E" w:rsidRPr="00055CCD">
        <w:rPr>
          <w:rFonts w:ascii="Arial" w:hAnsi="Arial" w:cs="Arial"/>
          <w:sz w:val="24"/>
          <w:szCs w:val="24"/>
        </w:rPr>
        <w:t xml:space="preserve"> </w:t>
      </w:r>
      <w:r w:rsidR="00472663">
        <w:rPr>
          <w:rFonts w:ascii="Arial" w:hAnsi="Arial" w:cs="Arial"/>
          <w:sz w:val="24"/>
          <w:szCs w:val="24"/>
        </w:rPr>
        <w:t xml:space="preserve">(u daljem tekstu „politička organizacija“) </w:t>
      </w:r>
      <w:r w:rsidR="00AE0962" w:rsidRPr="00055CCD">
        <w:rPr>
          <w:rFonts w:ascii="Arial" w:hAnsi="Arial" w:cs="Arial"/>
          <w:sz w:val="24"/>
          <w:szCs w:val="24"/>
        </w:rPr>
        <w:t>je organizacija u kojoj se građani slobodno i dobrovoljno organizuju radi ispoljavanja političkih aktivnosti i ostvarivanja političkih ciljeva.</w:t>
      </w:r>
    </w:p>
    <w:p w14:paraId="2EF5BFB5" w14:textId="26300CF8" w:rsidR="00AE0962" w:rsidRPr="00055CCD" w:rsidRDefault="00AE0962" w:rsidP="00133C9E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Član 2.</w:t>
      </w:r>
    </w:p>
    <w:p w14:paraId="4CC1142E" w14:textId="715C084F" w:rsidR="00AE0962" w:rsidRPr="00055CCD" w:rsidRDefault="00A1559C" w:rsidP="00133C9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Politička organizacij</w:t>
      </w:r>
      <w:r w:rsidR="00133C9E" w:rsidRPr="00055CCD">
        <w:rPr>
          <w:rFonts w:ascii="Arial" w:hAnsi="Arial" w:cs="Arial"/>
          <w:sz w:val="24"/>
          <w:szCs w:val="24"/>
        </w:rPr>
        <w:t xml:space="preserve">a </w:t>
      </w:r>
      <w:r w:rsidR="00AE0962" w:rsidRPr="00055CCD">
        <w:rPr>
          <w:rFonts w:ascii="Arial" w:hAnsi="Arial" w:cs="Arial"/>
          <w:sz w:val="24"/>
          <w:szCs w:val="24"/>
        </w:rPr>
        <w:t xml:space="preserve">se organizuje i djeluje na teritorijalnom principu </w:t>
      </w:r>
      <w:r w:rsidR="00A10652">
        <w:rPr>
          <w:rFonts w:ascii="Arial" w:hAnsi="Arial" w:cs="Arial"/>
          <w:sz w:val="24"/>
          <w:szCs w:val="24"/>
        </w:rPr>
        <w:t>i prostoru Bosne i Hercegovine</w:t>
      </w:r>
      <w:r w:rsidR="00AE0962" w:rsidRPr="00055CCD">
        <w:rPr>
          <w:rFonts w:ascii="Arial" w:hAnsi="Arial" w:cs="Arial"/>
          <w:sz w:val="24"/>
          <w:szCs w:val="24"/>
        </w:rPr>
        <w:t>.</w:t>
      </w:r>
      <w:r w:rsidR="00A10652">
        <w:rPr>
          <w:rFonts w:ascii="Arial" w:hAnsi="Arial" w:cs="Arial"/>
          <w:sz w:val="24"/>
          <w:szCs w:val="24"/>
        </w:rPr>
        <w:t xml:space="preserve"> Sjedište je u Sarajevu na adresi:</w:t>
      </w:r>
      <w:r>
        <w:rPr>
          <w:rFonts w:ascii="Arial" w:hAnsi="Arial" w:cs="Arial"/>
          <w:sz w:val="24"/>
          <w:szCs w:val="24"/>
        </w:rPr>
        <w:t xml:space="preserve"> Branilaca Sarajeva </w:t>
      </w:r>
      <w:r w:rsidR="005B433D">
        <w:rPr>
          <w:rFonts w:ascii="Arial" w:hAnsi="Arial" w:cs="Arial"/>
          <w:sz w:val="24"/>
          <w:szCs w:val="24"/>
        </w:rPr>
        <w:t>br.</w:t>
      </w:r>
      <w:r>
        <w:rPr>
          <w:rFonts w:ascii="Arial" w:hAnsi="Arial" w:cs="Arial"/>
          <w:sz w:val="24"/>
          <w:szCs w:val="24"/>
        </w:rPr>
        <w:t>20</w:t>
      </w:r>
    </w:p>
    <w:p w14:paraId="6C39D287" w14:textId="0DAFBA8E" w:rsidR="00AE0962" w:rsidRPr="00055CCD" w:rsidRDefault="00AE0962" w:rsidP="00133C9E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Član 3.</w:t>
      </w:r>
    </w:p>
    <w:p w14:paraId="47150D65" w14:textId="46216137" w:rsidR="00AE0962" w:rsidRPr="00055CCD" w:rsidRDefault="00AE0962" w:rsidP="00133C9E">
      <w:pPr>
        <w:jc w:val="both"/>
        <w:rPr>
          <w:rFonts w:ascii="Arial" w:hAnsi="Arial" w:cs="Arial"/>
          <w:sz w:val="24"/>
          <w:szCs w:val="24"/>
        </w:rPr>
      </w:pPr>
      <w:r w:rsidRPr="00055CCD">
        <w:rPr>
          <w:rFonts w:ascii="Arial" w:hAnsi="Arial" w:cs="Arial"/>
          <w:sz w:val="24"/>
          <w:szCs w:val="24"/>
        </w:rPr>
        <w:t>Rad</w:t>
      </w:r>
      <w:r w:rsidR="00133C9E" w:rsidRPr="00055CCD">
        <w:rPr>
          <w:rFonts w:ascii="Arial" w:hAnsi="Arial" w:cs="Arial"/>
          <w:sz w:val="24"/>
          <w:szCs w:val="24"/>
        </w:rPr>
        <w:t xml:space="preserve"> </w:t>
      </w:r>
      <w:r w:rsidR="00472663">
        <w:rPr>
          <w:rFonts w:ascii="Arial" w:hAnsi="Arial" w:cs="Arial"/>
          <w:sz w:val="24"/>
          <w:szCs w:val="24"/>
        </w:rPr>
        <w:t>političke organizacije</w:t>
      </w:r>
      <w:r w:rsidRPr="00055CCD">
        <w:rPr>
          <w:rFonts w:ascii="Arial" w:hAnsi="Arial" w:cs="Arial"/>
          <w:sz w:val="24"/>
          <w:szCs w:val="24"/>
        </w:rPr>
        <w:t xml:space="preserve"> je javan, osim u slučajevima zaštite ličnih podataka članova </w:t>
      </w:r>
      <w:r w:rsidR="00133C9E" w:rsidRPr="00055CCD">
        <w:rPr>
          <w:rFonts w:ascii="Arial" w:hAnsi="Arial" w:cs="Arial"/>
          <w:sz w:val="24"/>
          <w:szCs w:val="24"/>
        </w:rPr>
        <w:t>i njenih organa</w:t>
      </w:r>
      <w:r w:rsidRPr="00055CCD">
        <w:rPr>
          <w:rFonts w:ascii="Arial" w:hAnsi="Arial" w:cs="Arial"/>
          <w:sz w:val="24"/>
          <w:szCs w:val="24"/>
        </w:rPr>
        <w:t>,</w:t>
      </w:r>
      <w:r w:rsidR="00133C9E" w:rsidRPr="00055CCD">
        <w:rPr>
          <w:rFonts w:ascii="Arial" w:hAnsi="Arial" w:cs="Arial"/>
          <w:sz w:val="24"/>
          <w:szCs w:val="24"/>
        </w:rPr>
        <w:t xml:space="preserve"> dokumenata </w:t>
      </w:r>
      <w:r w:rsidRPr="00055CCD">
        <w:rPr>
          <w:rFonts w:ascii="Arial" w:hAnsi="Arial" w:cs="Arial"/>
          <w:sz w:val="24"/>
          <w:szCs w:val="24"/>
        </w:rPr>
        <w:t>snadbjeveni</w:t>
      </w:r>
      <w:r w:rsidR="00133C9E" w:rsidRPr="00055CCD">
        <w:rPr>
          <w:rFonts w:ascii="Arial" w:hAnsi="Arial" w:cs="Arial"/>
          <w:sz w:val="24"/>
          <w:szCs w:val="24"/>
        </w:rPr>
        <w:t>h</w:t>
      </w:r>
      <w:r w:rsidRPr="00055CCD">
        <w:rPr>
          <w:rFonts w:ascii="Arial" w:hAnsi="Arial" w:cs="Arial"/>
          <w:sz w:val="24"/>
          <w:szCs w:val="24"/>
        </w:rPr>
        <w:t xml:space="preserve"> stepenom tajnosti u skladu sa zakonom, osim „Interno“</w:t>
      </w:r>
      <w:r w:rsidR="00133C9E" w:rsidRPr="00055CCD">
        <w:rPr>
          <w:rFonts w:ascii="Arial" w:hAnsi="Arial" w:cs="Arial"/>
          <w:sz w:val="24"/>
          <w:szCs w:val="24"/>
        </w:rPr>
        <w:t>, te</w:t>
      </w:r>
      <w:r w:rsidRPr="00055CCD">
        <w:rPr>
          <w:rFonts w:ascii="Arial" w:hAnsi="Arial" w:cs="Arial"/>
          <w:sz w:val="24"/>
          <w:szCs w:val="24"/>
        </w:rPr>
        <w:t xml:space="preserve"> zaštite </w:t>
      </w:r>
      <w:r w:rsidR="0039729A" w:rsidRPr="00055CCD">
        <w:rPr>
          <w:rFonts w:ascii="Arial" w:hAnsi="Arial" w:cs="Arial"/>
          <w:sz w:val="24"/>
          <w:szCs w:val="24"/>
        </w:rPr>
        <w:t>moralnih normi članova, o čemu odluku donose organi</w:t>
      </w:r>
      <w:r w:rsidR="00133C9E" w:rsidRPr="00055CCD">
        <w:rPr>
          <w:rFonts w:ascii="Arial" w:hAnsi="Arial" w:cs="Arial"/>
          <w:sz w:val="24"/>
          <w:szCs w:val="24"/>
        </w:rPr>
        <w:t xml:space="preserve"> </w:t>
      </w:r>
      <w:r w:rsidR="00472663">
        <w:rPr>
          <w:rFonts w:ascii="Arial" w:hAnsi="Arial" w:cs="Arial"/>
          <w:sz w:val="24"/>
          <w:szCs w:val="24"/>
        </w:rPr>
        <w:t>političke organizacije</w:t>
      </w:r>
      <w:r w:rsidR="0039729A" w:rsidRPr="00055CCD">
        <w:rPr>
          <w:rFonts w:ascii="Arial" w:hAnsi="Arial" w:cs="Arial"/>
          <w:sz w:val="24"/>
          <w:szCs w:val="24"/>
        </w:rPr>
        <w:t xml:space="preserve"> koji mogu </w:t>
      </w:r>
      <w:proofErr w:type="spellStart"/>
      <w:r w:rsidR="0039729A" w:rsidRPr="00055CCD">
        <w:rPr>
          <w:rFonts w:ascii="Arial" w:hAnsi="Arial" w:cs="Arial"/>
          <w:sz w:val="24"/>
          <w:szCs w:val="24"/>
        </w:rPr>
        <w:t>isključiti</w:t>
      </w:r>
      <w:proofErr w:type="spellEnd"/>
      <w:r w:rsidR="0039729A" w:rsidRPr="00055CCD">
        <w:rPr>
          <w:rFonts w:ascii="Arial" w:hAnsi="Arial" w:cs="Arial"/>
          <w:sz w:val="24"/>
          <w:szCs w:val="24"/>
        </w:rPr>
        <w:t xml:space="preserve"> javnost iz djelokruga njihovog rada</w:t>
      </w:r>
      <w:r w:rsidR="00133C9E" w:rsidRPr="00055CCD">
        <w:rPr>
          <w:rFonts w:ascii="Arial" w:hAnsi="Arial" w:cs="Arial"/>
          <w:sz w:val="24"/>
          <w:szCs w:val="24"/>
        </w:rPr>
        <w:t xml:space="preserve"> u skladu sa </w:t>
      </w:r>
      <w:r w:rsidR="00A10652">
        <w:rPr>
          <w:rFonts w:ascii="Arial" w:hAnsi="Arial" w:cs="Arial"/>
          <w:sz w:val="24"/>
          <w:szCs w:val="24"/>
        </w:rPr>
        <w:t>Z</w:t>
      </w:r>
      <w:r w:rsidR="00133C9E" w:rsidRPr="00055CCD">
        <w:rPr>
          <w:rFonts w:ascii="Arial" w:hAnsi="Arial" w:cs="Arial"/>
          <w:sz w:val="24"/>
          <w:szCs w:val="24"/>
        </w:rPr>
        <w:t>akonom</w:t>
      </w:r>
      <w:r w:rsidR="0039729A" w:rsidRPr="00055CCD">
        <w:rPr>
          <w:rFonts w:ascii="Arial" w:hAnsi="Arial" w:cs="Arial"/>
          <w:sz w:val="24"/>
          <w:szCs w:val="24"/>
        </w:rPr>
        <w:t>.</w:t>
      </w:r>
    </w:p>
    <w:p w14:paraId="54184430" w14:textId="4997C2AE" w:rsidR="0039729A" w:rsidRPr="00055CCD" w:rsidRDefault="0039729A" w:rsidP="00133C9E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Član 4.</w:t>
      </w:r>
    </w:p>
    <w:p w14:paraId="083A8F4A" w14:textId="70013C1B" w:rsidR="0039729A" w:rsidRPr="00055CCD" w:rsidRDefault="00472663" w:rsidP="00BA7F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Politička organizacija</w:t>
      </w:r>
      <w:r w:rsidR="0039729A" w:rsidRPr="00055CCD">
        <w:rPr>
          <w:rFonts w:ascii="Arial" w:hAnsi="Arial" w:cs="Arial"/>
          <w:sz w:val="24"/>
          <w:szCs w:val="24"/>
        </w:rPr>
        <w:t xml:space="preserve"> ima svojstvo pravnog lica, koje </w:t>
      </w:r>
      <w:proofErr w:type="spellStart"/>
      <w:r w:rsidR="0039729A" w:rsidRPr="00055CCD">
        <w:rPr>
          <w:rFonts w:ascii="Arial" w:hAnsi="Arial" w:cs="Arial"/>
          <w:sz w:val="24"/>
          <w:szCs w:val="24"/>
        </w:rPr>
        <w:t>stiče</w:t>
      </w:r>
      <w:proofErr w:type="spellEnd"/>
      <w:r w:rsidR="0039729A" w:rsidRPr="00055CCD">
        <w:rPr>
          <w:rFonts w:ascii="Arial" w:hAnsi="Arial" w:cs="Arial"/>
          <w:sz w:val="24"/>
          <w:szCs w:val="24"/>
        </w:rPr>
        <w:t xml:space="preserve"> upisom u</w:t>
      </w:r>
      <w:r w:rsidR="00A10652">
        <w:rPr>
          <w:rFonts w:ascii="Arial" w:hAnsi="Arial" w:cs="Arial"/>
          <w:sz w:val="24"/>
          <w:szCs w:val="24"/>
        </w:rPr>
        <w:t xml:space="preserve"> sudski</w:t>
      </w:r>
      <w:r w:rsidR="0039729A" w:rsidRPr="00055CCD">
        <w:rPr>
          <w:rFonts w:ascii="Arial" w:hAnsi="Arial" w:cs="Arial"/>
          <w:sz w:val="24"/>
          <w:szCs w:val="24"/>
        </w:rPr>
        <w:t xml:space="preserve"> registar</w:t>
      </w:r>
      <w:r w:rsidR="00A10652">
        <w:rPr>
          <w:rFonts w:ascii="Arial" w:hAnsi="Arial" w:cs="Arial"/>
          <w:sz w:val="24"/>
          <w:szCs w:val="24"/>
        </w:rPr>
        <w:t xml:space="preserve"> u skladu sa Zakonom.</w:t>
      </w:r>
    </w:p>
    <w:p w14:paraId="1008568C" w14:textId="77777777" w:rsidR="00D1072B" w:rsidRDefault="00D1072B" w:rsidP="00133C9E">
      <w:pPr>
        <w:jc w:val="center"/>
        <w:rPr>
          <w:rFonts w:ascii="Arial" w:hAnsi="Arial" w:cs="Arial"/>
          <w:b/>
          <w:sz w:val="24"/>
          <w:szCs w:val="24"/>
        </w:rPr>
      </w:pPr>
    </w:p>
    <w:p w14:paraId="2C56FAB3" w14:textId="68C9E557" w:rsidR="00822076" w:rsidRPr="00055CCD" w:rsidRDefault="00822076" w:rsidP="00822076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lastRenderedPageBreak/>
        <w:t xml:space="preserve">Član </w:t>
      </w:r>
      <w:r w:rsidR="00F64719">
        <w:rPr>
          <w:rFonts w:ascii="Arial" w:hAnsi="Arial" w:cs="Arial"/>
          <w:b/>
          <w:sz w:val="24"/>
          <w:szCs w:val="24"/>
        </w:rPr>
        <w:t>5</w:t>
      </w:r>
      <w:r w:rsidRPr="00055CCD">
        <w:rPr>
          <w:rFonts w:ascii="Arial" w:hAnsi="Arial" w:cs="Arial"/>
          <w:b/>
          <w:sz w:val="24"/>
          <w:szCs w:val="24"/>
        </w:rPr>
        <w:t>.</w:t>
      </w:r>
    </w:p>
    <w:p w14:paraId="63CD40A4" w14:textId="61397D6C" w:rsidR="00822076" w:rsidRPr="00822076" w:rsidRDefault="00F64719" w:rsidP="00822076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Politička organizacija se ne može učlaniti u međunarodnu organizaciju čija djelatnost nije u skladu sa članom 4. stav 1. Zakona o političkim organizacijama.</w:t>
      </w:r>
    </w:p>
    <w:p w14:paraId="12511A40" w14:textId="4230C39D" w:rsidR="0039729A" w:rsidRPr="00055CCD" w:rsidRDefault="0039729A" w:rsidP="00133C9E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Član 6.</w:t>
      </w:r>
    </w:p>
    <w:p w14:paraId="5424967B" w14:textId="53A49936" w:rsidR="0039729A" w:rsidRPr="00055CCD" w:rsidRDefault="00472663" w:rsidP="00133C9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Politička organizacija</w:t>
      </w:r>
      <w:r w:rsidR="00133C9E" w:rsidRPr="00055CCD">
        <w:rPr>
          <w:rFonts w:ascii="Arial" w:hAnsi="Arial" w:cs="Arial"/>
          <w:sz w:val="24"/>
          <w:szCs w:val="24"/>
        </w:rPr>
        <w:t xml:space="preserve"> se </w:t>
      </w:r>
      <w:r w:rsidR="00254E8A" w:rsidRPr="00055CCD">
        <w:rPr>
          <w:rFonts w:ascii="Arial" w:hAnsi="Arial" w:cs="Arial"/>
          <w:sz w:val="24"/>
          <w:szCs w:val="24"/>
        </w:rPr>
        <w:t>mož</w:t>
      </w:r>
      <w:r w:rsidR="0039729A" w:rsidRPr="00055CCD">
        <w:rPr>
          <w:rFonts w:ascii="Arial" w:hAnsi="Arial" w:cs="Arial"/>
          <w:sz w:val="24"/>
          <w:szCs w:val="24"/>
        </w:rPr>
        <w:t>e organizovati u saveze i druge oblike udruživanja političkih organizacija, o čemu odluku donosi S</w:t>
      </w:r>
      <w:r w:rsidR="00656586" w:rsidRPr="00055CCD">
        <w:rPr>
          <w:rFonts w:ascii="Arial" w:hAnsi="Arial" w:cs="Arial"/>
          <w:sz w:val="24"/>
          <w:szCs w:val="24"/>
        </w:rPr>
        <w:t>kupština</w:t>
      </w:r>
      <w:r w:rsidR="00133C9E" w:rsidRPr="00055CCD">
        <w:rPr>
          <w:rFonts w:ascii="Arial" w:hAnsi="Arial" w:cs="Arial"/>
          <w:sz w:val="24"/>
          <w:szCs w:val="24"/>
        </w:rPr>
        <w:t xml:space="preserve"> u skladu sa </w:t>
      </w:r>
      <w:r w:rsidR="00D1072B">
        <w:rPr>
          <w:rFonts w:ascii="Arial" w:hAnsi="Arial" w:cs="Arial"/>
          <w:sz w:val="24"/>
          <w:szCs w:val="24"/>
        </w:rPr>
        <w:t>Z</w:t>
      </w:r>
      <w:r w:rsidR="00133C9E" w:rsidRPr="00055CCD">
        <w:rPr>
          <w:rFonts w:ascii="Arial" w:hAnsi="Arial" w:cs="Arial"/>
          <w:sz w:val="24"/>
          <w:szCs w:val="24"/>
        </w:rPr>
        <w:t>akonom i ovim Statutom.</w:t>
      </w:r>
    </w:p>
    <w:p w14:paraId="01819212" w14:textId="77777777" w:rsidR="00AC1779" w:rsidRDefault="00AC1779" w:rsidP="008858B0">
      <w:pPr>
        <w:jc w:val="center"/>
        <w:rPr>
          <w:rFonts w:ascii="Arial" w:hAnsi="Arial" w:cs="Arial"/>
          <w:b/>
          <w:sz w:val="24"/>
          <w:szCs w:val="24"/>
        </w:rPr>
      </w:pPr>
    </w:p>
    <w:p w14:paraId="0DDF06A8" w14:textId="50239E6D" w:rsidR="003D4A80" w:rsidRPr="00055CCD" w:rsidRDefault="003D4A80" w:rsidP="008858B0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II CILJEVI I NAČIN NJIHOVOG OSTVARIVANJA</w:t>
      </w:r>
    </w:p>
    <w:p w14:paraId="6271AA94" w14:textId="4C1EF85B" w:rsidR="006D3413" w:rsidRPr="00055CCD" w:rsidRDefault="006D3413" w:rsidP="008858B0">
      <w:pPr>
        <w:jc w:val="center"/>
        <w:rPr>
          <w:rFonts w:ascii="Arial" w:hAnsi="Arial" w:cs="Arial"/>
          <w:b/>
          <w:sz w:val="24"/>
          <w:szCs w:val="24"/>
        </w:rPr>
      </w:pPr>
      <w:r w:rsidRPr="00055CCD">
        <w:rPr>
          <w:rFonts w:ascii="Arial" w:hAnsi="Arial" w:cs="Arial"/>
          <w:b/>
          <w:sz w:val="24"/>
          <w:szCs w:val="24"/>
        </w:rPr>
        <w:t>Č</w:t>
      </w:r>
      <w:r w:rsidR="00DE1274" w:rsidRPr="00055CCD">
        <w:rPr>
          <w:rFonts w:ascii="Arial" w:hAnsi="Arial" w:cs="Arial"/>
          <w:b/>
          <w:sz w:val="24"/>
          <w:szCs w:val="24"/>
        </w:rPr>
        <w:t xml:space="preserve">lan </w:t>
      </w:r>
      <w:r w:rsidR="00D1072B">
        <w:rPr>
          <w:rFonts w:ascii="Arial" w:hAnsi="Arial" w:cs="Arial"/>
          <w:b/>
          <w:sz w:val="24"/>
          <w:szCs w:val="24"/>
        </w:rPr>
        <w:t>7</w:t>
      </w:r>
      <w:r w:rsidRPr="00055CCD">
        <w:rPr>
          <w:rFonts w:ascii="Arial" w:hAnsi="Arial" w:cs="Arial"/>
          <w:b/>
          <w:sz w:val="24"/>
          <w:szCs w:val="24"/>
        </w:rPr>
        <w:t>.</w:t>
      </w:r>
    </w:p>
    <w:p w14:paraId="5439410F" w14:textId="45FD9735" w:rsidR="001E46B3" w:rsidRPr="00055CCD" w:rsidRDefault="00472663" w:rsidP="00BA7F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Rad političke organizacije</w:t>
      </w:r>
      <w:r w:rsidR="008858B0" w:rsidRPr="00055CCD">
        <w:rPr>
          <w:rFonts w:ascii="Arial" w:hAnsi="Arial" w:cs="Arial"/>
          <w:sz w:val="24"/>
          <w:szCs w:val="24"/>
        </w:rPr>
        <w:t xml:space="preserve"> se</w:t>
      </w:r>
      <w:r w:rsidR="001E46B3" w:rsidRPr="00055CCD">
        <w:rPr>
          <w:rFonts w:ascii="Arial" w:hAnsi="Arial" w:cs="Arial"/>
          <w:sz w:val="24"/>
          <w:szCs w:val="24"/>
        </w:rPr>
        <w:t xml:space="preserve"> temelji na sljedećim ciljevima:</w:t>
      </w:r>
    </w:p>
    <w:p w14:paraId="2930B1F6" w14:textId="77777777" w:rsidR="00A63D1F" w:rsidRDefault="00A63D1F" w:rsidP="00A63D1F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 w:rsidRPr="00055CCD">
        <w:rPr>
          <w:rFonts w:ascii="Arial" w:hAnsi="Arial" w:cs="Arial"/>
          <w:sz w:val="24"/>
          <w:szCs w:val="24"/>
        </w:rPr>
        <w:t>Zaštita ljudskih prava i temeljnih sloboda definisanih Ustavom Bosne i Hercegovine</w:t>
      </w:r>
      <w:r>
        <w:rPr>
          <w:rFonts w:ascii="Arial" w:hAnsi="Arial" w:cs="Arial"/>
          <w:sz w:val="24"/>
          <w:szCs w:val="24"/>
        </w:rPr>
        <w:t>;</w:t>
      </w:r>
      <w:r w:rsidRPr="00055CCD">
        <w:rPr>
          <w:rFonts w:ascii="Arial" w:hAnsi="Arial" w:cs="Arial"/>
          <w:sz w:val="24"/>
          <w:szCs w:val="24"/>
        </w:rPr>
        <w:t xml:space="preserve"> </w:t>
      </w:r>
    </w:p>
    <w:p w14:paraId="3E79D9A6" w14:textId="312E70DD" w:rsidR="00A63D1F" w:rsidRDefault="00A63D1F" w:rsidP="00A63D1F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055CCD">
        <w:rPr>
          <w:rFonts w:ascii="Arial" w:hAnsi="Arial" w:cs="Arial"/>
          <w:sz w:val="24"/>
          <w:szCs w:val="24"/>
        </w:rPr>
        <w:t>ostizanj</w:t>
      </w:r>
      <w:r>
        <w:rPr>
          <w:rFonts w:ascii="Arial" w:hAnsi="Arial" w:cs="Arial"/>
          <w:sz w:val="24"/>
          <w:szCs w:val="24"/>
        </w:rPr>
        <w:t>e</w:t>
      </w:r>
      <w:r w:rsidRPr="00055CCD">
        <w:rPr>
          <w:rFonts w:ascii="Arial" w:hAnsi="Arial" w:cs="Arial"/>
          <w:sz w:val="24"/>
          <w:szCs w:val="24"/>
        </w:rPr>
        <w:t xml:space="preserve"> ciljeva održivog razvoja </w:t>
      </w:r>
      <w:r>
        <w:rPr>
          <w:rFonts w:ascii="Arial" w:hAnsi="Arial" w:cs="Arial"/>
          <w:sz w:val="24"/>
          <w:szCs w:val="24"/>
        </w:rPr>
        <w:t>i izgradnje</w:t>
      </w:r>
      <w:r>
        <w:rPr>
          <w:rFonts w:ascii="Arial" w:hAnsi="Arial" w:cs="Arial"/>
          <w:sz w:val="24"/>
          <w:szCs w:val="24"/>
        </w:rPr>
        <w:t xml:space="preserve"> svih kapaciteta </w:t>
      </w:r>
      <w:r w:rsidRPr="00055CCD">
        <w:rPr>
          <w:rFonts w:ascii="Arial" w:hAnsi="Arial" w:cs="Arial"/>
          <w:sz w:val="24"/>
          <w:szCs w:val="24"/>
        </w:rPr>
        <w:t>međunarodno priznate</w:t>
      </w:r>
      <w:r>
        <w:rPr>
          <w:rFonts w:ascii="Arial" w:hAnsi="Arial" w:cs="Arial"/>
          <w:sz w:val="24"/>
          <w:szCs w:val="24"/>
        </w:rPr>
        <w:t xml:space="preserve"> i</w:t>
      </w:r>
      <w:r w:rsidRPr="00055CCD">
        <w:rPr>
          <w:rFonts w:ascii="Arial" w:hAnsi="Arial" w:cs="Arial"/>
          <w:sz w:val="24"/>
          <w:szCs w:val="24"/>
        </w:rPr>
        <w:t xml:space="preserve"> cjelovite </w:t>
      </w:r>
      <w:r>
        <w:rPr>
          <w:rFonts w:ascii="Arial" w:hAnsi="Arial" w:cs="Arial"/>
          <w:sz w:val="24"/>
          <w:szCs w:val="24"/>
        </w:rPr>
        <w:t xml:space="preserve">države </w:t>
      </w:r>
      <w:r w:rsidRPr="00055CCD">
        <w:rPr>
          <w:rFonts w:ascii="Arial" w:hAnsi="Arial" w:cs="Arial"/>
          <w:sz w:val="24"/>
          <w:szCs w:val="24"/>
        </w:rPr>
        <w:t>Bosne i Hercegovine</w:t>
      </w:r>
      <w:r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39F8DF1" w14:textId="77777777" w:rsidR="00A63D1F" w:rsidRPr="00055CCD" w:rsidRDefault="00A63D1F" w:rsidP="00A63D1F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Ubrzanje </w:t>
      </w:r>
      <w:r w:rsidRPr="00055CCD">
        <w:rPr>
          <w:rFonts w:ascii="Arial" w:hAnsi="Arial" w:cs="Arial"/>
          <w:sz w:val="24"/>
          <w:szCs w:val="24"/>
        </w:rPr>
        <w:t>Euroatlants</w:t>
      </w:r>
      <w:r>
        <w:rPr>
          <w:rFonts w:ascii="Arial" w:hAnsi="Arial" w:cs="Arial"/>
          <w:sz w:val="24"/>
          <w:szCs w:val="24"/>
        </w:rPr>
        <w:t>kih integracija države i i</w:t>
      </w:r>
      <w:r w:rsidRPr="00055CCD">
        <w:rPr>
          <w:rFonts w:ascii="Arial" w:hAnsi="Arial" w:cs="Arial"/>
          <w:sz w:val="24"/>
          <w:szCs w:val="24"/>
        </w:rPr>
        <w:t>zgradnj</w:t>
      </w:r>
      <w:r>
        <w:rPr>
          <w:rFonts w:ascii="Arial" w:hAnsi="Arial" w:cs="Arial"/>
          <w:sz w:val="24"/>
          <w:szCs w:val="24"/>
        </w:rPr>
        <w:t>a</w:t>
      </w:r>
      <w:r w:rsidRPr="00055CCD">
        <w:rPr>
          <w:rFonts w:ascii="Arial" w:hAnsi="Arial" w:cs="Arial"/>
          <w:sz w:val="24"/>
          <w:szCs w:val="24"/>
        </w:rPr>
        <w:t xml:space="preserve"> prosperitetnog društva utemeljenog na sistemu kvalitete;</w:t>
      </w:r>
    </w:p>
    <w:p w14:paraId="2E3D09D8" w14:textId="1C4A7C06" w:rsidR="00A63D1F" w:rsidRDefault="00A63D1F" w:rsidP="00A63D1F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</w:t>
      </w:r>
      <w:r w:rsidRPr="00055CCD">
        <w:rPr>
          <w:rFonts w:ascii="Arial" w:hAnsi="Arial" w:cs="Arial"/>
          <w:sz w:val="24"/>
          <w:szCs w:val="24"/>
        </w:rPr>
        <w:t>ačanj</w:t>
      </w:r>
      <w:r>
        <w:rPr>
          <w:rFonts w:ascii="Arial" w:hAnsi="Arial" w:cs="Arial"/>
          <w:sz w:val="24"/>
          <w:szCs w:val="24"/>
        </w:rPr>
        <w:t>e</w:t>
      </w:r>
      <w:r w:rsidRPr="00055CC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vladavine prava</w:t>
      </w:r>
      <w:r w:rsidRPr="00055CCD">
        <w:rPr>
          <w:rFonts w:ascii="Arial" w:hAnsi="Arial" w:cs="Arial"/>
          <w:sz w:val="24"/>
          <w:szCs w:val="24"/>
        </w:rPr>
        <w:t xml:space="preserve"> sa nultom stopom tolerancije na korupciju</w:t>
      </w:r>
      <w:r>
        <w:rPr>
          <w:rFonts w:ascii="Arial" w:hAnsi="Arial" w:cs="Arial"/>
          <w:sz w:val="24"/>
          <w:szCs w:val="24"/>
        </w:rPr>
        <w:t>;</w:t>
      </w:r>
      <w:r w:rsidRPr="00055CCD">
        <w:rPr>
          <w:rFonts w:ascii="Arial" w:hAnsi="Arial" w:cs="Arial"/>
          <w:sz w:val="24"/>
          <w:szCs w:val="24"/>
        </w:rPr>
        <w:t xml:space="preserve"> </w:t>
      </w:r>
    </w:p>
    <w:p w14:paraId="09C4A5A7" w14:textId="39C8AABD" w:rsidR="00472663" w:rsidRDefault="00A63D1F" w:rsidP="008858B0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Efikasniji </w:t>
      </w:r>
      <w:r w:rsidR="00CA6BB7" w:rsidRPr="00055CCD">
        <w:rPr>
          <w:rFonts w:ascii="Arial" w:hAnsi="Arial" w:cs="Arial"/>
          <w:sz w:val="24"/>
          <w:szCs w:val="24"/>
        </w:rPr>
        <w:t>sigurnosno-odbramben</w:t>
      </w:r>
      <w:r>
        <w:rPr>
          <w:rFonts w:ascii="Arial" w:hAnsi="Arial" w:cs="Arial"/>
          <w:sz w:val="24"/>
          <w:szCs w:val="24"/>
        </w:rPr>
        <w:t>i</w:t>
      </w:r>
      <w:r w:rsidR="00CA6BB7" w:rsidRPr="00055CCD">
        <w:rPr>
          <w:rFonts w:ascii="Arial" w:hAnsi="Arial" w:cs="Arial"/>
          <w:sz w:val="24"/>
          <w:szCs w:val="24"/>
        </w:rPr>
        <w:t xml:space="preserve"> sistem,</w:t>
      </w:r>
    </w:p>
    <w:p w14:paraId="1F2B0E59" w14:textId="56A9AED9" w:rsidR="003D4A80" w:rsidRPr="00055CCD" w:rsidRDefault="00472663" w:rsidP="008858B0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CA6BB7" w:rsidRPr="00055CCD">
        <w:rPr>
          <w:rFonts w:ascii="Arial" w:hAnsi="Arial" w:cs="Arial"/>
          <w:sz w:val="24"/>
          <w:szCs w:val="24"/>
        </w:rPr>
        <w:t>naprijeđenje neovisnih i optimiziranih institucija zakonodavne, izvršne i sudske vlasti</w:t>
      </w:r>
      <w:r w:rsidR="00A63D1F">
        <w:rPr>
          <w:rFonts w:ascii="Arial" w:hAnsi="Arial" w:cs="Arial"/>
          <w:sz w:val="24"/>
          <w:szCs w:val="24"/>
        </w:rPr>
        <w:t xml:space="preserve"> kao javnih servisa svih građana</w:t>
      </w:r>
      <w:r w:rsidR="00CA6BB7" w:rsidRPr="00055CCD">
        <w:rPr>
          <w:rFonts w:ascii="Arial" w:hAnsi="Arial" w:cs="Arial"/>
          <w:sz w:val="24"/>
          <w:szCs w:val="24"/>
        </w:rPr>
        <w:t>;</w:t>
      </w:r>
    </w:p>
    <w:p w14:paraId="6609544F" w14:textId="25855461" w:rsidR="00CA6BB7" w:rsidRPr="00055CCD" w:rsidRDefault="00472663" w:rsidP="008858B0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CA6BB7" w:rsidRPr="00055CCD">
        <w:rPr>
          <w:rFonts w:ascii="Arial" w:hAnsi="Arial" w:cs="Arial"/>
          <w:sz w:val="24"/>
          <w:szCs w:val="24"/>
        </w:rPr>
        <w:t>oticanja solidarnosti i društvene odgovornosti nositelja svih javnih funkcija;</w:t>
      </w:r>
    </w:p>
    <w:p w14:paraId="0546C697" w14:textId="0C91F6E6" w:rsidR="00472663" w:rsidRDefault="00CA6BB7" w:rsidP="008858B0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 w:rsidRPr="00055CCD">
        <w:rPr>
          <w:rFonts w:ascii="Arial" w:hAnsi="Arial" w:cs="Arial"/>
          <w:sz w:val="24"/>
          <w:szCs w:val="24"/>
        </w:rPr>
        <w:t>Ekonomsko socijalna stabilnost države utemeljena na pametnoj specijalizaciji i prioritetnom razvoju inovacija i održivih ekosistema</w:t>
      </w:r>
      <w:r w:rsidR="00472663">
        <w:rPr>
          <w:rFonts w:ascii="Arial" w:hAnsi="Arial" w:cs="Arial"/>
          <w:sz w:val="24"/>
          <w:szCs w:val="24"/>
        </w:rPr>
        <w:t>;</w:t>
      </w:r>
      <w:r w:rsidRPr="00055CCD">
        <w:rPr>
          <w:rFonts w:ascii="Arial" w:hAnsi="Arial" w:cs="Arial"/>
          <w:sz w:val="24"/>
          <w:szCs w:val="24"/>
        </w:rPr>
        <w:t xml:space="preserve"> </w:t>
      </w:r>
    </w:p>
    <w:p w14:paraId="6E83582A" w14:textId="18E1B977" w:rsidR="00472663" w:rsidRDefault="00472663" w:rsidP="008858B0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="00CA6BB7" w:rsidRPr="00055CCD">
        <w:rPr>
          <w:rFonts w:ascii="Arial" w:hAnsi="Arial" w:cs="Arial"/>
          <w:sz w:val="24"/>
          <w:szCs w:val="24"/>
        </w:rPr>
        <w:t>ontinuiranoj podršci ma</w:t>
      </w:r>
      <w:r>
        <w:rPr>
          <w:rFonts w:ascii="Arial" w:hAnsi="Arial" w:cs="Arial"/>
          <w:sz w:val="24"/>
          <w:szCs w:val="24"/>
        </w:rPr>
        <w:t>li</w:t>
      </w:r>
      <w:r w:rsidR="00CA6BB7" w:rsidRPr="00055CCD">
        <w:rPr>
          <w:rFonts w:ascii="Arial" w:hAnsi="Arial" w:cs="Arial"/>
          <w:sz w:val="24"/>
          <w:szCs w:val="24"/>
        </w:rPr>
        <w:t>m i srednjim preduzećima kao nosiocima održive ekonomije</w:t>
      </w:r>
      <w:r>
        <w:rPr>
          <w:rFonts w:ascii="Arial" w:hAnsi="Arial" w:cs="Arial"/>
          <w:sz w:val="24"/>
          <w:szCs w:val="24"/>
        </w:rPr>
        <w:t>;</w:t>
      </w:r>
      <w:r w:rsidR="00CA6BB7" w:rsidRPr="00055CCD">
        <w:rPr>
          <w:rFonts w:ascii="Arial" w:hAnsi="Arial" w:cs="Arial"/>
          <w:sz w:val="24"/>
          <w:szCs w:val="24"/>
        </w:rPr>
        <w:t xml:space="preserve"> </w:t>
      </w:r>
    </w:p>
    <w:p w14:paraId="0E4DFEB5" w14:textId="36CAF18F" w:rsidR="001E46B3" w:rsidRPr="00055CCD" w:rsidRDefault="00472663" w:rsidP="008858B0">
      <w:pPr>
        <w:pStyle w:val="ListParagraph"/>
        <w:numPr>
          <w:ilvl w:val="0"/>
          <w:numId w:val="4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CA6BB7" w:rsidRPr="00055CCD">
        <w:rPr>
          <w:rFonts w:ascii="Arial" w:hAnsi="Arial" w:cs="Arial"/>
          <w:sz w:val="24"/>
          <w:szCs w:val="24"/>
        </w:rPr>
        <w:t>azvoja pametnih gradova sa nultom emisijom zagađenja okoliša</w:t>
      </w:r>
      <w:r>
        <w:rPr>
          <w:rFonts w:ascii="Arial" w:hAnsi="Arial" w:cs="Arial"/>
          <w:sz w:val="24"/>
          <w:szCs w:val="24"/>
        </w:rPr>
        <w:t>;</w:t>
      </w:r>
    </w:p>
    <w:p w14:paraId="7365D7BA" w14:textId="77777777" w:rsidR="00472663" w:rsidRDefault="001E46B3" w:rsidP="00240125">
      <w:pPr>
        <w:jc w:val="both"/>
        <w:rPr>
          <w:rFonts w:ascii="Arial" w:hAnsi="Arial" w:cs="Arial"/>
          <w:sz w:val="24"/>
          <w:szCs w:val="24"/>
        </w:rPr>
      </w:pPr>
      <w:r w:rsidRPr="00055CCD">
        <w:rPr>
          <w:rFonts w:ascii="Arial" w:hAnsi="Arial" w:cs="Arial"/>
          <w:sz w:val="24"/>
          <w:szCs w:val="24"/>
        </w:rPr>
        <w:t>Način ostvarivanja ciljeva iz stava 1. ovog člana temelji se na</w:t>
      </w:r>
      <w:r w:rsidR="00472663">
        <w:rPr>
          <w:rFonts w:ascii="Arial" w:hAnsi="Arial" w:cs="Arial"/>
          <w:sz w:val="24"/>
          <w:szCs w:val="24"/>
        </w:rPr>
        <w:t>:</w:t>
      </w:r>
    </w:p>
    <w:p w14:paraId="055C764B" w14:textId="77777777" w:rsidR="00472663" w:rsidRDefault="001E46B3" w:rsidP="00472663">
      <w:pPr>
        <w:pStyle w:val="ListParagraph"/>
        <w:numPr>
          <w:ilvl w:val="0"/>
          <w:numId w:val="52"/>
        </w:numPr>
        <w:jc w:val="both"/>
        <w:rPr>
          <w:rFonts w:ascii="Arial" w:hAnsi="Arial" w:cs="Arial"/>
          <w:sz w:val="24"/>
          <w:szCs w:val="24"/>
        </w:rPr>
      </w:pPr>
      <w:r w:rsidRPr="00472663">
        <w:rPr>
          <w:rFonts w:ascii="Arial" w:hAnsi="Arial" w:cs="Arial"/>
          <w:sz w:val="24"/>
          <w:szCs w:val="24"/>
        </w:rPr>
        <w:t>provedbi</w:t>
      </w:r>
      <w:r w:rsidR="00472663" w:rsidRPr="00472663">
        <w:rPr>
          <w:rFonts w:ascii="Arial" w:hAnsi="Arial" w:cs="Arial"/>
          <w:sz w:val="24"/>
          <w:szCs w:val="24"/>
        </w:rPr>
        <w:t xml:space="preserve"> pozitivnih zakonskih normi, </w:t>
      </w:r>
      <w:r w:rsidR="008858B0" w:rsidRPr="00472663">
        <w:rPr>
          <w:rFonts w:ascii="Arial" w:hAnsi="Arial" w:cs="Arial"/>
          <w:sz w:val="24"/>
          <w:szCs w:val="24"/>
        </w:rPr>
        <w:t xml:space="preserve">programskih načela, </w:t>
      </w:r>
      <w:r w:rsidR="00472663" w:rsidRPr="00472663">
        <w:rPr>
          <w:rFonts w:ascii="Arial" w:hAnsi="Arial" w:cs="Arial"/>
          <w:sz w:val="24"/>
          <w:szCs w:val="24"/>
        </w:rPr>
        <w:t>s</w:t>
      </w:r>
      <w:r w:rsidRPr="00472663">
        <w:rPr>
          <w:rFonts w:ascii="Arial" w:hAnsi="Arial" w:cs="Arial"/>
          <w:sz w:val="24"/>
          <w:szCs w:val="24"/>
        </w:rPr>
        <w:t>tatuta,</w:t>
      </w:r>
      <w:r w:rsidR="00472663" w:rsidRPr="00472663">
        <w:rPr>
          <w:rFonts w:ascii="Arial" w:hAnsi="Arial" w:cs="Arial"/>
          <w:sz w:val="24"/>
          <w:szCs w:val="24"/>
        </w:rPr>
        <w:t xml:space="preserve"> </w:t>
      </w:r>
      <w:r w:rsidRPr="00472663">
        <w:rPr>
          <w:rFonts w:ascii="Arial" w:hAnsi="Arial" w:cs="Arial"/>
          <w:sz w:val="24"/>
          <w:szCs w:val="24"/>
        </w:rPr>
        <w:t>vizije i misije</w:t>
      </w:r>
      <w:r w:rsidR="008858B0" w:rsidRPr="00472663">
        <w:rPr>
          <w:rFonts w:ascii="Arial" w:hAnsi="Arial" w:cs="Arial"/>
          <w:sz w:val="24"/>
          <w:szCs w:val="24"/>
        </w:rPr>
        <w:t xml:space="preserve"> </w:t>
      </w:r>
      <w:r w:rsidR="00472663" w:rsidRPr="00472663">
        <w:rPr>
          <w:rFonts w:ascii="Arial" w:hAnsi="Arial" w:cs="Arial"/>
          <w:sz w:val="24"/>
          <w:szCs w:val="24"/>
        </w:rPr>
        <w:t>političke organizacije</w:t>
      </w:r>
      <w:r w:rsidR="00240125" w:rsidRPr="00472663">
        <w:rPr>
          <w:rFonts w:ascii="Arial" w:hAnsi="Arial" w:cs="Arial"/>
          <w:sz w:val="24"/>
          <w:szCs w:val="24"/>
        </w:rPr>
        <w:t xml:space="preserve">, </w:t>
      </w:r>
    </w:p>
    <w:p w14:paraId="450419BC" w14:textId="77777777" w:rsidR="00472663" w:rsidRDefault="00240125" w:rsidP="00472663">
      <w:pPr>
        <w:pStyle w:val="ListParagraph"/>
        <w:numPr>
          <w:ilvl w:val="0"/>
          <w:numId w:val="52"/>
        </w:numPr>
        <w:jc w:val="both"/>
        <w:rPr>
          <w:rFonts w:ascii="Arial" w:hAnsi="Arial" w:cs="Arial"/>
          <w:sz w:val="24"/>
          <w:szCs w:val="24"/>
        </w:rPr>
      </w:pPr>
      <w:r w:rsidRPr="00472663">
        <w:rPr>
          <w:rFonts w:ascii="Arial" w:hAnsi="Arial" w:cs="Arial"/>
          <w:sz w:val="24"/>
          <w:szCs w:val="24"/>
        </w:rPr>
        <w:t>učešćem</w:t>
      </w:r>
      <w:r w:rsidR="001E46B3" w:rsidRPr="00472663">
        <w:rPr>
          <w:rFonts w:ascii="Arial" w:hAnsi="Arial" w:cs="Arial"/>
          <w:sz w:val="24"/>
          <w:szCs w:val="24"/>
        </w:rPr>
        <w:t xml:space="preserve"> </w:t>
      </w:r>
      <w:r w:rsidRPr="00472663">
        <w:rPr>
          <w:rFonts w:ascii="Arial" w:hAnsi="Arial" w:cs="Arial"/>
          <w:sz w:val="24"/>
          <w:szCs w:val="24"/>
        </w:rPr>
        <w:t xml:space="preserve">u predizbornim </w:t>
      </w:r>
      <w:r w:rsidR="00472663">
        <w:rPr>
          <w:rFonts w:ascii="Arial" w:hAnsi="Arial" w:cs="Arial"/>
          <w:sz w:val="24"/>
          <w:szCs w:val="24"/>
        </w:rPr>
        <w:t xml:space="preserve">i </w:t>
      </w:r>
      <w:r w:rsidR="00472663" w:rsidRPr="00472663">
        <w:rPr>
          <w:rFonts w:ascii="Arial" w:hAnsi="Arial" w:cs="Arial"/>
          <w:sz w:val="24"/>
          <w:szCs w:val="24"/>
        </w:rPr>
        <w:t>izbornim</w:t>
      </w:r>
      <w:r w:rsidR="00472663">
        <w:rPr>
          <w:rFonts w:ascii="Arial" w:hAnsi="Arial" w:cs="Arial"/>
          <w:sz w:val="24"/>
          <w:szCs w:val="24"/>
        </w:rPr>
        <w:t xml:space="preserve"> aktivnostima</w:t>
      </w:r>
      <w:r w:rsidRPr="00472663">
        <w:rPr>
          <w:rFonts w:ascii="Arial" w:hAnsi="Arial" w:cs="Arial"/>
          <w:sz w:val="24"/>
          <w:szCs w:val="24"/>
        </w:rPr>
        <w:t xml:space="preserve"> za sve </w:t>
      </w:r>
      <w:r w:rsidR="00472663">
        <w:rPr>
          <w:rFonts w:ascii="Arial" w:hAnsi="Arial" w:cs="Arial"/>
          <w:sz w:val="24"/>
          <w:szCs w:val="24"/>
        </w:rPr>
        <w:t>nivoe javne uprave</w:t>
      </w:r>
      <w:r w:rsidRPr="00472663">
        <w:rPr>
          <w:rFonts w:ascii="Arial" w:hAnsi="Arial" w:cs="Arial"/>
          <w:sz w:val="24"/>
          <w:szCs w:val="24"/>
        </w:rPr>
        <w:t>,</w:t>
      </w:r>
    </w:p>
    <w:p w14:paraId="7F4DD1DE" w14:textId="31857860" w:rsidR="001E46B3" w:rsidRPr="00472663" w:rsidRDefault="00240125" w:rsidP="00472663">
      <w:pPr>
        <w:pStyle w:val="ListParagraph"/>
        <w:numPr>
          <w:ilvl w:val="0"/>
          <w:numId w:val="52"/>
        </w:numPr>
        <w:jc w:val="both"/>
        <w:rPr>
          <w:rFonts w:ascii="Arial" w:hAnsi="Arial" w:cs="Arial"/>
          <w:sz w:val="24"/>
          <w:szCs w:val="24"/>
        </w:rPr>
      </w:pPr>
      <w:r w:rsidRPr="00472663">
        <w:rPr>
          <w:rFonts w:ascii="Arial" w:hAnsi="Arial" w:cs="Arial"/>
          <w:sz w:val="24"/>
          <w:szCs w:val="24"/>
        </w:rPr>
        <w:t xml:space="preserve">učešćem u vlasti ili djelovanjem u opoziciji, kao i kroz druge oblike i načine političkog djelovanja u skladu sa </w:t>
      </w:r>
      <w:r w:rsidR="00472663">
        <w:rPr>
          <w:rFonts w:ascii="Arial" w:hAnsi="Arial" w:cs="Arial"/>
          <w:sz w:val="24"/>
          <w:szCs w:val="24"/>
        </w:rPr>
        <w:t>U</w:t>
      </w:r>
      <w:r w:rsidRPr="00472663">
        <w:rPr>
          <w:rFonts w:ascii="Arial" w:hAnsi="Arial" w:cs="Arial"/>
          <w:sz w:val="24"/>
          <w:szCs w:val="24"/>
        </w:rPr>
        <w:t xml:space="preserve">stavom i </w:t>
      </w:r>
      <w:r w:rsidR="00472663">
        <w:rPr>
          <w:rFonts w:ascii="Arial" w:hAnsi="Arial" w:cs="Arial"/>
          <w:sz w:val="24"/>
          <w:szCs w:val="24"/>
        </w:rPr>
        <w:t>Z</w:t>
      </w:r>
      <w:r w:rsidRPr="00472663">
        <w:rPr>
          <w:rFonts w:ascii="Arial" w:hAnsi="Arial" w:cs="Arial"/>
          <w:sz w:val="24"/>
          <w:szCs w:val="24"/>
        </w:rPr>
        <w:t>akonom.</w:t>
      </w:r>
    </w:p>
    <w:p w14:paraId="28C7975B" w14:textId="7AC1CA90" w:rsidR="008072C4" w:rsidRPr="00055CCD" w:rsidRDefault="001E46B3" w:rsidP="008858B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4"/>
          <w:szCs w:val="24"/>
        </w:rPr>
      </w:pPr>
      <w:r w:rsidRPr="00472663">
        <w:rPr>
          <w:rFonts w:ascii="Arial" w:eastAsia="Arial" w:hAnsi="Arial" w:cs="Arial"/>
          <w:color w:val="000000"/>
          <w:sz w:val="24"/>
          <w:szCs w:val="24"/>
        </w:rPr>
        <w:lastRenderedPageBreak/>
        <w:t>Vizija</w:t>
      </w:r>
      <w:r w:rsidR="00472663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472663" w:rsidRPr="00472663">
        <w:rPr>
          <w:rFonts w:ascii="Arial" w:eastAsia="Arial" w:hAnsi="Arial" w:cs="Arial"/>
          <w:sz w:val="24"/>
          <w:szCs w:val="24"/>
        </w:rPr>
        <w:t>političke organizacije</w:t>
      </w:r>
      <w:r w:rsidR="00175836" w:rsidRPr="00472663">
        <w:rPr>
          <w:rFonts w:ascii="Arial" w:eastAsia="Arial" w:hAnsi="Arial" w:cs="Arial"/>
          <w:sz w:val="24"/>
          <w:szCs w:val="24"/>
        </w:rPr>
        <w:t xml:space="preserve">: 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Bosna i Hercegovina </w:t>
      </w:r>
      <w:r w:rsidR="00472663">
        <w:rPr>
          <w:rFonts w:ascii="Arial" w:eastAsia="Arial" w:hAnsi="Arial" w:cs="Arial"/>
          <w:sz w:val="24"/>
          <w:szCs w:val="24"/>
        </w:rPr>
        <w:t xml:space="preserve">punopravna </w:t>
      </w:r>
      <w:r w:rsidR="00175836" w:rsidRPr="00055CCD">
        <w:rPr>
          <w:rFonts w:ascii="Arial" w:eastAsia="Arial" w:hAnsi="Arial" w:cs="Arial"/>
          <w:sz w:val="24"/>
          <w:szCs w:val="24"/>
        </w:rPr>
        <w:t>članica EU 2030. godine, kao reformirana, inovativna, moderna i suverena država, u kojoj su zagaranto</w:t>
      </w:r>
      <w:r w:rsidR="00472663">
        <w:rPr>
          <w:rFonts w:ascii="Arial" w:eastAsia="Arial" w:hAnsi="Arial" w:cs="Arial"/>
          <w:sz w:val="24"/>
          <w:szCs w:val="24"/>
        </w:rPr>
        <w:t>va</w:t>
      </w:r>
      <w:r w:rsidR="00175836" w:rsidRPr="00055CCD">
        <w:rPr>
          <w:rFonts w:ascii="Arial" w:eastAsia="Arial" w:hAnsi="Arial" w:cs="Arial"/>
          <w:sz w:val="24"/>
          <w:szCs w:val="24"/>
        </w:rPr>
        <w:t>ne ljudske slobode, vladavina prava i jadnakost svih njenih građana.</w:t>
      </w:r>
    </w:p>
    <w:p w14:paraId="79DA29C3" w14:textId="6D2CB588" w:rsidR="00BC0231" w:rsidRPr="00055CCD" w:rsidRDefault="00472663" w:rsidP="008858B0">
      <w:pPr>
        <w:rPr>
          <w:rFonts w:ascii="Arial" w:eastAsia="Arial" w:hAnsi="Arial" w:cs="Arial"/>
          <w:sz w:val="24"/>
          <w:szCs w:val="24"/>
        </w:rPr>
      </w:pPr>
      <w:r w:rsidRPr="00472663">
        <w:rPr>
          <w:rFonts w:ascii="Arial" w:eastAsia="Arial" w:hAnsi="Arial" w:cs="Arial"/>
          <w:sz w:val="24"/>
          <w:szCs w:val="24"/>
        </w:rPr>
        <w:t>Misija političke organizacije:</w:t>
      </w:r>
      <w:r w:rsidR="00175836" w:rsidRPr="00055CCD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175836" w:rsidRPr="00055CCD">
        <w:rPr>
          <w:rFonts w:ascii="Arial" w:eastAsia="Arial" w:hAnsi="Arial" w:cs="Arial"/>
          <w:sz w:val="24"/>
          <w:szCs w:val="24"/>
        </w:rPr>
        <w:t>Odlučno i plansko unaprijeđenje postojećeg sistema, kroz reformske procese zasnovane na znanju, dijalogu, infrastrukturi kvalitete i jačanju javne uprave kao efikasnog servisa svih njenih građana.</w:t>
      </w:r>
    </w:p>
    <w:p w14:paraId="11E0385E" w14:textId="5FCE7E6B" w:rsidR="00BC0231" w:rsidRPr="00055CCD" w:rsidRDefault="00175836" w:rsidP="008858B0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Član</w:t>
      </w:r>
      <w:r w:rsidR="006D3413" w:rsidRPr="00055CCD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D1072B">
        <w:rPr>
          <w:rFonts w:ascii="Arial" w:eastAsia="Arial" w:hAnsi="Arial" w:cs="Arial"/>
          <w:b/>
          <w:bCs/>
          <w:sz w:val="24"/>
          <w:szCs w:val="24"/>
        </w:rPr>
        <w:t>8</w:t>
      </w:r>
      <w:r w:rsidR="00DE1274"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4C166177" w14:textId="2ACBF77D" w:rsidR="008072C4" w:rsidRPr="00055CCD" w:rsidRDefault="005B433D" w:rsidP="006D3413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Politička organizacija</w:t>
      </w:r>
      <w:r w:rsidR="008858B0" w:rsidRPr="00055CCD">
        <w:rPr>
          <w:rFonts w:ascii="Arial" w:eastAsia="Arial" w:hAnsi="Arial" w:cs="Arial"/>
          <w:sz w:val="24"/>
          <w:szCs w:val="24"/>
        </w:rPr>
        <w:t xml:space="preserve"> 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djeluje na principima: </w:t>
      </w:r>
    </w:p>
    <w:p w14:paraId="11A601A7" w14:textId="13E13D14" w:rsidR="008072C4" w:rsidRPr="00055CCD" w:rsidRDefault="0017583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Solidarnost</w:t>
      </w:r>
      <w:r w:rsidR="00D47BA4">
        <w:rPr>
          <w:rFonts w:ascii="Arial" w:eastAsia="Arial" w:hAnsi="Arial" w:cs="Arial"/>
          <w:sz w:val="24"/>
          <w:szCs w:val="24"/>
        </w:rPr>
        <w:t>i</w:t>
      </w:r>
      <w:r w:rsidRPr="00055CCD">
        <w:rPr>
          <w:rFonts w:ascii="Arial" w:eastAsia="Arial" w:hAnsi="Arial" w:cs="Arial"/>
          <w:sz w:val="24"/>
          <w:szCs w:val="24"/>
        </w:rPr>
        <w:t xml:space="preserve"> - pomoć za sve obespravljene</w:t>
      </w:r>
    </w:p>
    <w:p w14:paraId="289A1AF8" w14:textId="42F0D419" w:rsidR="008072C4" w:rsidRPr="00055CCD" w:rsidRDefault="0017583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Društvene odgovornost</w:t>
      </w:r>
      <w:r w:rsidR="00D47BA4">
        <w:rPr>
          <w:rFonts w:ascii="Arial" w:eastAsia="Arial" w:hAnsi="Arial" w:cs="Arial"/>
          <w:sz w:val="24"/>
          <w:szCs w:val="24"/>
        </w:rPr>
        <w:t>i</w:t>
      </w:r>
      <w:r w:rsidRPr="00055CCD">
        <w:rPr>
          <w:rFonts w:ascii="Arial" w:eastAsia="Arial" w:hAnsi="Arial" w:cs="Arial"/>
          <w:sz w:val="24"/>
          <w:szCs w:val="24"/>
        </w:rPr>
        <w:t xml:space="preserve"> - javni interes ispred ličnog </w:t>
      </w:r>
    </w:p>
    <w:p w14:paraId="3B095185" w14:textId="7372E15B" w:rsidR="008072C4" w:rsidRPr="00055CCD" w:rsidRDefault="0017583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Kompetentnost</w:t>
      </w:r>
      <w:r w:rsidR="00D47BA4">
        <w:rPr>
          <w:rFonts w:ascii="Arial" w:eastAsia="Arial" w:hAnsi="Arial" w:cs="Arial"/>
          <w:sz w:val="24"/>
          <w:szCs w:val="24"/>
        </w:rPr>
        <w:t>i</w:t>
      </w:r>
      <w:r w:rsidRPr="00055CCD">
        <w:rPr>
          <w:rFonts w:ascii="Arial" w:eastAsia="Arial" w:hAnsi="Arial" w:cs="Arial"/>
          <w:sz w:val="24"/>
          <w:szCs w:val="24"/>
        </w:rPr>
        <w:t xml:space="preserve"> - znanje je temelj </w:t>
      </w:r>
      <w:r w:rsidR="005B433D">
        <w:rPr>
          <w:rFonts w:ascii="Arial" w:eastAsia="Arial" w:hAnsi="Arial" w:cs="Arial"/>
          <w:sz w:val="24"/>
          <w:szCs w:val="24"/>
        </w:rPr>
        <w:t xml:space="preserve">svake </w:t>
      </w:r>
      <w:r w:rsidRPr="00055CCD">
        <w:rPr>
          <w:rFonts w:ascii="Arial" w:eastAsia="Arial" w:hAnsi="Arial" w:cs="Arial"/>
          <w:sz w:val="24"/>
          <w:szCs w:val="24"/>
        </w:rPr>
        <w:t>funkcije</w:t>
      </w:r>
    </w:p>
    <w:p w14:paraId="6F892259" w14:textId="6FE02A34" w:rsidR="008072C4" w:rsidRPr="00055CCD" w:rsidRDefault="0017583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Nepristrasnost</w:t>
      </w:r>
      <w:r w:rsidR="00D47BA4">
        <w:rPr>
          <w:rFonts w:ascii="Arial" w:eastAsia="Arial" w:hAnsi="Arial" w:cs="Arial"/>
          <w:sz w:val="24"/>
          <w:szCs w:val="24"/>
        </w:rPr>
        <w:t>i</w:t>
      </w:r>
      <w:r w:rsidRPr="00055CCD">
        <w:rPr>
          <w:rFonts w:ascii="Arial" w:eastAsia="Arial" w:hAnsi="Arial" w:cs="Arial"/>
          <w:sz w:val="24"/>
          <w:szCs w:val="24"/>
        </w:rPr>
        <w:t xml:space="preserve"> - jednaka pravila za sve</w:t>
      </w:r>
    </w:p>
    <w:p w14:paraId="7AF791A9" w14:textId="05C001A2" w:rsidR="008072C4" w:rsidRPr="00055CCD" w:rsidRDefault="0017583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Neovisnost</w:t>
      </w:r>
      <w:r w:rsidR="00D47BA4">
        <w:rPr>
          <w:rFonts w:ascii="Arial" w:eastAsia="Arial" w:hAnsi="Arial" w:cs="Arial"/>
          <w:sz w:val="24"/>
          <w:szCs w:val="24"/>
        </w:rPr>
        <w:t>i</w:t>
      </w:r>
      <w:r w:rsidRPr="00055CCD">
        <w:rPr>
          <w:rFonts w:ascii="Arial" w:eastAsia="Arial" w:hAnsi="Arial" w:cs="Arial"/>
          <w:sz w:val="24"/>
          <w:szCs w:val="24"/>
        </w:rPr>
        <w:t xml:space="preserve"> - sloboda odlučivanja u javnom interesu</w:t>
      </w:r>
    </w:p>
    <w:p w14:paraId="298AC26F" w14:textId="5DB926EF" w:rsidR="008072C4" w:rsidRPr="00055CCD" w:rsidRDefault="00D47BA4" w:rsidP="00351FF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Pouzdanosti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 - djela moraju pratiti obećanja</w:t>
      </w:r>
    </w:p>
    <w:p w14:paraId="028ABE86" w14:textId="77777777" w:rsidR="006D3413" w:rsidRPr="00055CCD" w:rsidRDefault="006D3413" w:rsidP="006D34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</w:p>
    <w:p w14:paraId="4000F6C3" w14:textId="77777777" w:rsidR="00AC1779" w:rsidRDefault="00AC1779" w:rsidP="008858B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z w:val="24"/>
          <w:szCs w:val="24"/>
        </w:rPr>
      </w:pPr>
    </w:p>
    <w:p w14:paraId="1FBBCF0F" w14:textId="1DB83CCB" w:rsidR="006D3413" w:rsidRPr="00055CCD" w:rsidRDefault="006D3413" w:rsidP="008858B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t>III NAZIV</w:t>
      </w:r>
      <w:r w:rsidR="00240125" w:rsidRPr="00055CCD">
        <w:rPr>
          <w:rFonts w:ascii="Arial" w:eastAsia="Arial" w:hAnsi="Arial" w:cs="Arial"/>
          <w:b/>
          <w:sz w:val="24"/>
          <w:szCs w:val="24"/>
        </w:rPr>
        <w:t>,</w:t>
      </w:r>
      <w:r w:rsidRPr="00055CCD">
        <w:rPr>
          <w:rFonts w:ascii="Arial" w:eastAsia="Arial" w:hAnsi="Arial" w:cs="Arial"/>
          <w:b/>
          <w:sz w:val="24"/>
          <w:szCs w:val="24"/>
        </w:rPr>
        <w:t xml:space="preserve"> SJEDIŠTE</w:t>
      </w:r>
      <w:r w:rsidR="00240125" w:rsidRPr="00055CCD">
        <w:rPr>
          <w:rFonts w:ascii="Arial" w:eastAsia="Arial" w:hAnsi="Arial" w:cs="Arial"/>
          <w:b/>
          <w:sz w:val="24"/>
          <w:szCs w:val="24"/>
        </w:rPr>
        <w:t xml:space="preserve"> I OBILJEŽJA</w:t>
      </w:r>
    </w:p>
    <w:p w14:paraId="60A599E7" w14:textId="77777777" w:rsidR="008858B0" w:rsidRPr="00055CCD" w:rsidRDefault="008858B0" w:rsidP="008858B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z w:val="24"/>
          <w:szCs w:val="24"/>
        </w:rPr>
      </w:pPr>
    </w:p>
    <w:p w14:paraId="5FD29B06" w14:textId="787028AC" w:rsidR="00BC0231" w:rsidRPr="00055CCD" w:rsidRDefault="00175836" w:rsidP="008858B0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 xml:space="preserve">Član </w:t>
      </w:r>
      <w:r w:rsidR="00D1072B">
        <w:rPr>
          <w:rFonts w:ascii="Arial" w:eastAsia="Arial" w:hAnsi="Arial" w:cs="Arial"/>
          <w:b/>
          <w:bCs/>
          <w:sz w:val="24"/>
          <w:szCs w:val="24"/>
        </w:rPr>
        <w:t>9</w:t>
      </w:r>
      <w:r w:rsidR="006D3413"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78FA0BEC" w14:textId="1F36BF27" w:rsidR="006D3413" w:rsidRPr="00055CCD" w:rsidRDefault="006D3413" w:rsidP="008858B0">
      <w:pPr>
        <w:jc w:val="both"/>
        <w:rPr>
          <w:rFonts w:ascii="Arial" w:eastAsia="Arial" w:hAnsi="Arial" w:cs="Arial"/>
          <w:bCs/>
          <w:sz w:val="24"/>
          <w:szCs w:val="24"/>
        </w:rPr>
      </w:pPr>
      <w:r w:rsidRPr="00055CCD">
        <w:rPr>
          <w:rFonts w:ascii="Arial" w:eastAsia="Arial" w:hAnsi="Arial" w:cs="Arial"/>
          <w:bCs/>
          <w:sz w:val="24"/>
          <w:szCs w:val="24"/>
        </w:rPr>
        <w:t>Puni naziv: „</w:t>
      </w:r>
      <w:r w:rsidR="005B433D">
        <w:rPr>
          <w:rFonts w:ascii="Arial" w:eastAsia="Arial" w:hAnsi="Arial" w:cs="Arial"/>
          <w:bCs/>
          <w:sz w:val="24"/>
          <w:szCs w:val="24"/>
        </w:rPr>
        <w:t>Politička organizacija</w:t>
      </w:r>
      <w:r w:rsidRPr="00055CCD">
        <w:rPr>
          <w:rFonts w:ascii="Arial" w:eastAsia="Arial" w:hAnsi="Arial" w:cs="Arial"/>
          <w:bCs/>
          <w:sz w:val="24"/>
          <w:szCs w:val="24"/>
        </w:rPr>
        <w:t xml:space="preserve"> Republikanci Bosne i Hercegovine“</w:t>
      </w:r>
    </w:p>
    <w:p w14:paraId="16F71BC4" w14:textId="154DE45D" w:rsidR="006D3413" w:rsidRPr="00055CCD" w:rsidRDefault="006D3413" w:rsidP="008858B0">
      <w:pPr>
        <w:jc w:val="both"/>
        <w:rPr>
          <w:rFonts w:ascii="Arial" w:eastAsia="Arial" w:hAnsi="Arial" w:cs="Arial"/>
          <w:bCs/>
          <w:sz w:val="24"/>
          <w:szCs w:val="24"/>
        </w:rPr>
      </w:pPr>
      <w:r w:rsidRPr="00055CCD">
        <w:rPr>
          <w:rFonts w:ascii="Arial" w:eastAsia="Arial" w:hAnsi="Arial" w:cs="Arial"/>
          <w:bCs/>
          <w:sz w:val="24"/>
          <w:szCs w:val="24"/>
        </w:rPr>
        <w:t>Skraćeni naziv</w:t>
      </w:r>
      <w:r w:rsidR="005B433D">
        <w:rPr>
          <w:rFonts w:ascii="Arial" w:eastAsia="Arial" w:hAnsi="Arial" w:cs="Arial"/>
          <w:bCs/>
          <w:sz w:val="24"/>
          <w:szCs w:val="24"/>
        </w:rPr>
        <w:t>:</w:t>
      </w:r>
      <w:r w:rsidRPr="00055CCD">
        <w:rPr>
          <w:rFonts w:ascii="Arial" w:eastAsia="Arial" w:hAnsi="Arial" w:cs="Arial"/>
          <w:bCs/>
          <w:sz w:val="24"/>
          <w:szCs w:val="24"/>
        </w:rPr>
        <w:t xml:space="preserve"> „Republikanci BiH“</w:t>
      </w:r>
    </w:p>
    <w:p w14:paraId="4C0E2376" w14:textId="56D1A7FF" w:rsidR="008858B0" w:rsidRPr="00055CCD" w:rsidRDefault="006D3413" w:rsidP="006D3413">
      <w:pPr>
        <w:rPr>
          <w:rFonts w:ascii="Arial" w:eastAsia="Arial" w:hAnsi="Arial" w:cs="Arial"/>
          <w:bCs/>
          <w:sz w:val="24"/>
          <w:szCs w:val="24"/>
        </w:rPr>
      </w:pPr>
      <w:r w:rsidRPr="00055CCD">
        <w:rPr>
          <w:rFonts w:ascii="Arial" w:eastAsia="Arial" w:hAnsi="Arial" w:cs="Arial"/>
          <w:bCs/>
          <w:sz w:val="24"/>
          <w:szCs w:val="24"/>
        </w:rPr>
        <w:t>Sjedište je u Sarajevu, ulica</w:t>
      </w:r>
      <w:r w:rsidR="00D47BA4">
        <w:rPr>
          <w:rFonts w:ascii="Arial" w:eastAsia="Arial" w:hAnsi="Arial" w:cs="Arial"/>
          <w:bCs/>
          <w:sz w:val="24"/>
          <w:szCs w:val="24"/>
        </w:rPr>
        <w:t xml:space="preserve"> Branilaca Sarajeva br.20</w:t>
      </w:r>
    </w:p>
    <w:p w14:paraId="1532AD5B" w14:textId="5A7473E2" w:rsidR="00240125" w:rsidRPr="00055CCD" w:rsidRDefault="005B433D" w:rsidP="006D3413">
      <w:pPr>
        <w:rPr>
          <w:rFonts w:ascii="Arial" w:eastAsia="Arial" w:hAnsi="Arial" w:cs="Arial"/>
          <w:bCs/>
          <w:sz w:val="24"/>
          <w:szCs w:val="24"/>
        </w:rPr>
      </w:pPr>
      <w:r>
        <w:rPr>
          <w:rFonts w:ascii="Arial" w:eastAsia="Arial" w:hAnsi="Arial" w:cs="Arial"/>
          <w:bCs/>
          <w:sz w:val="24"/>
          <w:szCs w:val="24"/>
        </w:rPr>
        <w:t>Politička organizacija</w:t>
      </w:r>
      <w:r w:rsidR="00240125" w:rsidRPr="00055CCD">
        <w:rPr>
          <w:rFonts w:ascii="Arial" w:eastAsia="Arial" w:hAnsi="Arial" w:cs="Arial"/>
          <w:bCs/>
          <w:sz w:val="24"/>
          <w:szCs w:val="24"/>
        </w:rPr>
        <w:t xml:space="preserve"> ima svoj znak, zastavu i himnu, koji se bliže uređuju odlukom </w:t>
      </w:r>
      <w:r>
        <w:rPr>
          <w:rFonts w:ascii="Arial" w:eastAsia="Arial" w:hAnsi="Arial" w:cs="Arial"/>
          <w:bCs/>
          <w:sz w:val="24"/>
          <w:szCs w:val="24"/>
        </w:rPr>
        <w:t>organa političke organizacije</w:t>
      </w:r>
      <w:r w:rsidR="00240125" w:rsidRPr="00055CCD">
        <w:rPr>
          <w:rFonts w:ascii="Arial" w:eastAsia="Arial" w:hAnsi="Arial" w:cs="Arial"/>
          <w:bCs/>
          <w:sz w:val="24"/>
          <w:szCs w:val="24"/>
        </w:rPr>
        <w:t>.</w:t>
      </w:r>
    </w:p>
    <w:p w14:paraId="2B13DEBB" w14:textId="6E47128C" w:rsidR="00240125" w:rsidRPr="00055CCD" w:rsidRDefault="00240125" w:rsidP="00240125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Član 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0</w:t>
      </w:r>
      <w:r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3D31C48F" w14:textId="6576960B" w:rsidR="00240125" w:rsidRPr="00055CCD" w:rsidRDefault="00240125" w:rsidP="006D3413">
      <w:pPr>
        <w:rPr>
          <w:rFonts w:ascii="Arial" w:eastAsia="Arial" w:hAnsi="Arial" w:cs="Arial"/>
          <w:bCs/>
          <w:sz w:val="24"/>
          <w:szCs w:val="24"/>
        </w:rPr>
      </w:pPr>
      <w:r w:rsidRPr="00055CCD">
        <w:rPr>
          <w:rFonts w:ascii="Arial" w:eastAsia="Arial" w:hAnsi="Arial" w:cs="Arial"/>
          <w:bCs/>
          <w:sz w:val="24"/>
          <w:szCs w:val="24"/>
        </w:rPr>
        <w:t xml:space="preserve">Pečat </w:t>
      </w:r>
      <w:r w:rsidR="005B433D">
        <w:rPr>
          <w:rFonts w:ascii="Arial" w:eastAsia="Arial" w:hAnsi="Arial" w:cs="Arial"/>
          <w:bCs/>
          <w:sz w:val="24"/>
          <w:szCs w:val="24"/>
        </w:rPr>
        <w:t>političke organizacije</w:t>
      </w:r>
      <w:r w:rsidRPr="00055CCD">
        <w:rPr>
          <w:rFonts w:ascii="Arial" w:eastAsia="Arial" w:hAnsi="Arial" w:cs="Arial"/>
          <w:bCs/>
          <w:sz w:val="24"/>
          <w:szCs w:val="24"/>
        </w:rPr>
        <w:t xml:space="preserve"> je okruglog oblika sa pun</w:t>
      </w:r>
      <w:r w:rsidR="00D47BA4">
        <w:rPr>
          <w:rFonts w:ascii="Arial" w:eastAsia="Arial" w:hAnsi="Arial" w:cs="Arial"/>
          <w:bCs/>
          <w:sz w:val="24"/>
          <w:szCs w:val="24"/>
        </w:rPr>
        <w:t>i</w:t>
      </w:r>
      <w:r w:rsidRPr="00055CCD">
        <w:rPr>
          <w:rFonts w:ascii="Arial" w:eastAsia="Arial" w:hAnsi="Arial" w:cs="Arial"/>
          <w:bCs/>
          <w:sz w:val="24"/>
          <w:szCs w:val="24"/>
        </w:rPr>
        <w:t>m nazivom političke organizacije, sjedištem i znakom u sredini.</w:t>
      </w:r>
    </w:p>
    <w:p w14:paraId="50E80ECB" w14:textId="54583E0E" w:rsidR="00240125" w:rsidRPr="00055CCD" w:rsidRDefault="00240125" w:rsidP="006D3413">
      <w:pPr>
        <w:rPr>
          <w:rFonts w:ascii="Arial" w:eastAsia="Arial" w:hAnsi="Arial" w:cs="Arial"/>
          <w:bCs/>
          <w:sz w:val="24"/>
          <w:szCs w:val="24"/>
        </w:rPr>
      </w:pPr>
      <w:r w:rsidRPr="00055CCD">
        <w:rPr>
          <w:rFonts w:ascii="Arial" w:eastAsia="Arial" w:hAnsi="Arial" w:cs="Arial"/>
          <w:bCs/>
          <w:sz w:val="24"/>
          <w:szCs w:val="24"/>
        </w:rPr>
        <w:t xml:space="preserve">Odlukom </w:t>
      </w:r>
      <w:r w:rsidR="005B433D">
        <w:rPr>
          <w:rFonts w:ascii="Arial" w:eastAsia="Arial" w:hAnsi="Arial" w:cs="Arial"/>
          <w:bCs/>
          <w:sz w:val="24"/>
          <w:szCs w:val="24"/>
        </w:rPr>
        <w:t>organa političke organizacije</w:t>
      </w:r>
      <w:r w:rsidRPr="00055CCD">
        <w:rPr>
          <w:rFonts w:ascii="Arial" w:eastAsia="Arial" w:hAnsi="Arial" w:cs="Arial"/>
          <w:bCs/>
          <w:sz w:val="24"/>
          <w:szCs w:val="24"/>
        </w:rPr>
        <w:t xml:space="preserve"> bliže se uređuje način korištenja i čuvanja pečata</w:t>
      </w:r>
      <w:r w:rsidR="005B433D">
        <w:rPr>
          <w:rFonts w:ascii="Arial" w:eastAsia="Arial" w:hAnsi="Arial" w:cs="Arial"/>
          <w:bCs/>
          <w:sz w:val="24"/>
          <w:szCs w:val="24"/>
        </w:rPr>
        <w:t xml:space="preserve">. </w:t>
      </w:r>
    </w:p>
    <w:p w14:paraId="3ED36676" w14:textId="77777777" w:rsidR="00240125" w:rsidRPr="00055CCD" w:rsidRDefault="00240125" w:rsidP="006D3413">
      <w:pPr>
        <w:rPr>
          <w:rFonts w:ascii="Arial" w:eastAsia="Arial" w:hAnsi="Arial" w:cs="Arial"/>
          <w:bCs/>
          <w:sz w:val="24"/>
          <w:szCs w:val="24"/>
        </w:rPr>
      </w:pPr>
    </w:p>
    <w:p w14:paraId="2FADF884" w14:textId="5AB01FBC" w:rsidR="00DE1274" w:rsidRPr="00055CCD" w:rsidRDefault="00DE1274" w:rsidP="008858B0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IV USLOVI I NAČIN ZA UČLANJENJE I PRESTANAK ČLANSTVA, KAO I PRAVA</w:t>
      </w:r>
      <w:r w:rsidR="00F76E8F" w:rsidRPr="00055CCD">
        <w:rPr>
          <w:rFonts w:ascii="Arial" w:eastAsia="Arial" w:hAnsi="Arial" w:cs="Arial"/>
          <w:b/>
          <w:bCs/>
          <w:sz w:val="24"/>
          <w:szCs w:val="24"/>
        </w:rPr>
        <w:t>,</w:t>
      </w:r>
      <w:r w:rsidRPr="00055CCD">
        <w:rPr>
          <w:rFonts w:ascii="Arial" w:eastAsia="Arial" w:hAnsi="Arial" w:cs="Arial"/>
          <w:b/>
          <w:bCs/>
          <w:sz w:val="24"/>
          <w:szCs w:val="24"/>
        </w:rPr>
        <w:t xml:space="preserve"> OBAVEZE I ODGOVORNOSTI ČLANOVA</w:t>
      </w:r>
    </w:p>
    <w:p w14:paraId="7B7761ED" w14:textId="791D74F8" w:rsidR="00DE1274" w:rsidRPr="00055CCD" w:rsidRDefault="00240125" w:rsidP="008858B0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lastRenderedPageBreak/>
        <w:t>Član 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1</w:t>
      </w:r>
      <w:r w:rsidR="00DE1274"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680AC091" w14:textId="60F051E1" w:rsidR="00DE1274" w:rsidRPr="00055CCD" w:rsidRDefault="00175836" w:rsidP="00DE1274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Aktivni član </w:t>
      </w:r>
      <w:r w:rsidR="005B433D">
        <w:rPr>
          <w:rFonts w:ascii="Arial" w:eastAsia="Arial" w:hAnsi="Arial" w:cs="Arial"/>
          <w:sz w:val="24"/>
          <w:szCs w:val="24"/>
        </w:rPr>
        <w:t>političke organizacije</w:t>
      </w:r>
      <w:r w:rsidR="008858B0" w:rsidRPr="00055CCD">
        <w:rPr>
          <w:rFonts w:ascii="Arial" w:eastAsia="Arial" w:hAnsi="Arial" w:cs="Arial"/>
          <w:sz w:val="24"/>
          <w:szCs w:val="24"/>
        </w:rPr>
        <w:t xml:space="preserve"> </w:t>
      </w:r>
      <w:r w:rsidRPr="00055CCD">
        <w:rPr>
          <w:rFonts w:ascii="Arial" w:eastAsia="Arial" w:hAnsi="Arial" w:cs="Arial"/>
          <w:sz w:val="24"/>
          <w:szCs w:val="24"/>
        </w:rPr>
        <w:t>može</w:t>
      </w:r>
      <w:r w:rsidR="00DE1274" w:rsidRPr="00055CCD">
        <w:rPr>
          <w:rFonts w:ascii="Arial" w:eastAsia="Arial" w:hAnsi="Arial" w:cs="Arial"/>
          <w:sz w:val="24"/>
          <w:szCs w:val="24"/>
        </w:rPr>
        <w:t xml:space="preserve"> postati </w:t>
      </w:r>
      <w:r w:rsidRPr="00055CCD">
        <w:rPr>
          <w:rFonts w:ascii="Arial" w:eastAsia="Arial" w:hAnsi="Arial" w:cs="Arial"/>
          <w:sz w:val="24"/>
          <w:szCs w:val="24"/>
        </w:rPr>
        <w:t>svaki punoljetni državljanin BiH koji ispuni uslove za prijem koji propisuje Skupština</w:t>
      </w:r>
      <w:r w:rsidR="008858B0" w:rsidRPr="00055CCD">
        <w:rPr>
          <w:rFonts w:ascii="Arial" w:eastAsia="Arial" w:hAnsi="Arial" w:cs="Arial"/>
          <w:sz w:val="24"/>
          <w:szCs w:val="24"/>
        </w:rPr>
        <w:t xml:space="preserve"> </w:t>
      </w:r>
      <w:r w:rsidR="00DE1274" w:rsidRPr="00055CCD">
        <w:rPr>
          <w:rFonts w:ascii="Arial" w:eastAsia="Arial" w:hAnsi="Arial" w:cs="Arial"/>
          <w:sz w:val="24"/>
          <w:szCs w:val="24"/>
        </w:rPr>
        <w:t>i koji nema zabranu političkog djelovanja izre</w:t>
      </w:r>
      <w:r w:rsidR="005B433D">
        <w:rPr>
          <w:rFonts w:ascii="Arial" w:eastAsia="Arial" w:hAnsi="Arial" w:cs="Arial"/>
          <w:sz w:val="24"/>
          <w:szCs w:val="24"/>
        </w:rPr>
        <w:t>č</w:t>
      </w:r>
      <w:r w:rsidR="00DE1274" w:rsidRPr="00055CCD">
        <w:rPr>
          <w:rFonts w:ascii="Arial" w:eastAsia="Arial" w:hAnsi="Arial" w:cs="Arial"/>
          <w:sz w:val="24"/>
          <w:szCs w:val="24"/>
        </w:rPr>
        <w:t>enu od strane suda ili drugog nadležnog organa u Bosni i Hercegovini, dok ta zabrana traje.</w:t>
      </w:r>
      <w:r w:rsidRPr="00055CCD">
        <w:rPr>
          <w:rFonts w:ascii="Arial" w:eastAsia="Arial" w:hAnsi="Arial" w:cs="Arial"/>
          <w:sz w:val="24"/>
          <w:szCs w:val="24"/>
        </w:rPr>
        <w:t xml:space="preserve"> </w:t>
      </w:r>
    </w:p>
    <w:p w14:paraId="643EC42B" w14:textId="26207C25" w:rsidR="00DE1274" w:rsidRPr="00055CCD" w:rsidRDefault="00DE1274" w:rsidP="00DE1274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Članom se postaje potpisivanjem pristupnice.</w:t>
      </w:r>
      <w:r w:rsidR="00D47BA4">
        <w:rPr>
          <w:rFonts w:ascii="Arial" w:eastAsia="Arial" w:hAnsi="Arial" w:cs="Arial"/>
          <w:sz w:val="24"/>
          <w:szCs w:val="24"/>
        </w:rPr>
        <w:t xml:space="preserve"> Osnivači stranke koji su potpisali izjavu podrške pri osnivanju su ujedno i aktivni članovi </w:t>
      </w:r>
      <w:r w:rsidR="005B433D">
        <w:rPr>
          <w:rFonts w:ascii="Arial" w:eastAsia="Arial" w:hAnsi="Arial" w:cs="Arial"/>
          <w:sz w:val="24"/>
          <w:szCs w:val="24"/>
        </w:rPr>
        <w:t>političke organizacije</w:t>
      </w:r>
      <w:r w:rsidR="00D47BA4">
        <w:rPr>
          <w:rFonts w:ascii="Arial" w:eastAsia="Arial" w:hAnsi="Arial" w:cs="Arial"/>
          <w:sz w:val="24"/>
          <w:szCs w:val="24"/>
        </w:rPr>
        <w:t>.</w:t>
      </w:r>
    </w:p>
    <w:p w14:paraId="133455D9" w14:textId="5B04CC86" w:rsidR="00DE1274" w:rsidRPr="00055CCD" w:rsidRDefault="00DE1274" w:rsidP="00DE1274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Aktivni član ima pravo da bira i bude biran u svim organima i tijelima u kojima </w:t>
      </w:r>
      <w:r w:rsidR="005B433D">
        <w:rPr>
          <w:rFonts w:ascii="Arial" w:eastAsia="Arial" w:hAnsi="Arial" w:cs="Arial"/>
          <w:sz w:val="24"/>
          <w:szCs w:val="24"/>
        </w:rPr>
        <w:t>politička organizacije</w:t>
      </w:r>
      <w:r w:rsidRPr="00055CCD">
        <w:rPr>
          <w:rFonts w:ascii="Arial" w:eastAsia="Arial" w:hAnsi="Arial" w:cs="Arial"/>
          <w:sz w:val="24"/>
          <w:szCs w:val="24"/>
        </w:rPr>
        <w:t xml:space="preserve"> učestvuje.</w:t>
      </w:r>
    </w:p>
    <w:p w14:paraId="20EAAB9D" w14:textId="56F89410" w:rsidR="008072C4" w:rsidRPr="00055CCD" w:rsidRDefault="00175836" w:rsidP="00DE1274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Simpatizer može biti i ne državljanin BiH. </w:t>
      </w:r>
    </w:p>
    <w:p w14:paraId="0A417044" w14:textId="5309577E" w:rsidR="008072C4" w:rsidRPr="00055CCD" w:rsidRDefault="00175836" w:rsidP="008858B0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 xml:space="preserve">Član </w:t>
      </w:r>
      <w:r w:rsidR="00F76E8F" w:rsidRPr="00055CCD">
        <w:rPr>
          <w:rFonts w:ascii="Arial" w:eastAsia="Arial" w:hAnsi="Arial" w:cs="Arial"/>
          <w:b/>
          <w:bCs/>
          <w:sz w:val="24"/>
          <w:szCs w:val="24"/>
        </w:rPr>
        <w:t>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2</w:t>
      </w:r>
      <w:r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3C8AEE14" w14:textId="77777777" w:rsidR="00F76E8F" w:rsidRPr="00055CCD" w:rsidRDefault="00175836" w:rsidP="00F76E8F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Prestanak članstva je dobrovoljan i </w:t>
      </w:r>
      <w:r w:rsidR="00F76E8F" w:rsidRPr="00055CCD">
        <w:rPr>
          <w:rFonts w:ascii="Arial" w:eastAsia="Arial" w:hAnsi="Arial" w:cs="Arial"/>
          <w:sz w:val="24"/>
          <w:szCs w:val="24"/>
        </w:rPr>
        <w:t xml:space="preserve">prestaje </w:t>
      </w:r>
      <w:r w:rsidRPr="00055CCD">
        <w:rPr>
          <w:rFonts w:ascii="Arial" w:eastAsia="Arial" w:hAnsi="Arial" w:cs="Arial"/>
          <w:sz w:val="24"/>
          <w:szCs w:val="24"/>
        </w:rPr>
        <w:t xml:space="preserve">na vlastiti zahtjev ili isključenjem. </w:t>
      </w:r>
    </w:p>
    <w:p w14:paraId="008FD36E" w14:textId="28DF2F81" w:rsidR="00BC0231" w:rsidRPr="00055CCD" w:rsidRDefault="00175836" w:rsidP="00F76E8F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Isključenje iz redova članstva mora potvrditi </w:t>
      </w:r>
      <w:r w:rsidR="00D47BA4">
        <w:rPr>
          <w:rFonts w:ascii="Arial" w:eastAsia="Arial" w:hAnsi="Arial" w:cs="Arial"/>
          <w:sz w:val="24"/>
          <w:szCs w:val="24"/>
        </w:rPr>
        <w:t xml:space="preserve">Skupštinski </w:t>
      </w:r>
      <w:r w:rsidRPr="00055CCD">
        <w:rPr>
          <w:rFonts w:ascii="Arial" w:eastAsia="Arial" w:hAnsi="Arial" w:cs="Arial"/>
          <w:sz w:val="24"/>
          <w:szCs w:val="24"/>
        </w:rPr>
        <w:t>Senat</w:t>
      </w:r>
      <w:r w:rsidR="008858B0" w:rsidRPr="00055CCD">
        <w:rPr>
          <w:rFonts w:ascii="Arial" w:eastAsia="Arial" w:hAnsi="Arial" w:cs="Arial"/>
          <w:sz w:val="24"/>
          <w:szCs w:val="24"/>
        </w:rPr>
        <w:t>.</w:t>
      </w:r>
      <w:r w:rsidRPr="00055CCD">
        <w:rPr>
          <w:rFonts w:ascii="Arial" w:eastAsia="Arial" w:hAnsi="Arial" w:cs="Arial"/>
          <w:sz w:val="24"/>
          <w:szCs w:val="24"/>
        </w:rPr>
        <w:t xml:space="preserve"> </w:t>
      </w:r>
    </w:p>
    <w:p w14:paraId="3ACD4C26" w14:textId="2F2DF1FB" w:rsidR="00F76E8F" w:rsidRPr="00055CCD" w:rsidRDefault="00175836" w:rsidP="008858B0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 xml:space="preserve">Član </w:t>
      </w:r>
      <w:r w:rsidR="00F76E8F" w:rsidRPr="00055CCD">
        <w:rPr>
          <w:rFonts w:ascii="Arial" w:eastAsia="Arial" w:hAnsi="Arial" w:cs="Arial"/>
          <w:b/>
          <w:bCs/>
          <w:sz w:val="24"/>
          <w:szCs w:val="24"/>
        </w:rPr>
        <w:t>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3</w:t>
      </w:r>
      <w:r w:rsidR="00F76E8F"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177C3F3F" w14:textId="0C7D3D85" w:rsidR="00F76E8F" w:rsidRPr="00055CCD" w:rsidRDefault="00175836" w:rsidP="008858B0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Svi aktivni članovi imaju svoja prava, obaveze i odgovornosti u skladu sa Statutom i programskim ciljevima </w:t>
      </w:r>
      <w:r w:rsidR="005B433D">
        <w:rPr>
          <w:rFonts w:ascii="Arial" w:eastAsia="Arial" w:hAnsi="Arial" w:cs="Arial"/>
          <w:sz w:val="24"/>
          <w:szCs w:val="24"/>
        </w:rPr>
        <w:t>političke organizacije</w:t>
      </w:r>
      <w:r w:rsidR="008858B0" w:rsidRPr="00055CCD">
        <w:rPr>
          <w:rFonts w:ascii="Arial" w:eastAsia="Arial" w:hAnsi="Arial" w:cs="Arial"/>
          <w:sz w:val="24"/>
          <w:szCs w:val="24"/>
        </w:rPr>
        <w:t>.</w:t>
      </w:r>
      <w:r w:rsidRPr="00055CCD">
        <w:rPr>
          <w:rFonts w:ascii="Arial" w:eastAsia="Arial" w:hAnsi="Arial" w:cs="Arial"/>
          <w:sz w:val="24"/>
          <w:szCs w:val="24"/>
        </w:rPr>
        <w:t xml:space="preserve"> </w:t>
      </w:r>
    </w:p>
    <w:p w14:paraId="6820E5DC" w14:textId="2BAA3168" w:rsidR="00F76E8F" w:rsidRPr="00055CCD" w:rsidRDefault="00175836" w:rsidP="00466D4C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U svom radu s</w:t>
      </w:r>
      <w:r w:rsidR="008858B0" w:rsidRPr="00055CCD">
        <w:rPr>
          <w:rFonts w:ascii="Arial" w:eastAsia="Arial" w:hAnsi="Arial" w:cs="Arial"/>
          <w:sz w:val="24"/>
          <w:szCs w:val="24"/>
        </w:rPr>
        <w:t>vi aktivni članovi s</w:t>
      </w:r>
      <w:r w:rsidRPr="00055CCD">
        <w:rPr>
          <w:rFonts w:ascii="Arial" w:eastAsia="Arial" w:hAnsi="Arial" w:cs="Arial"/>
          <w:sz w:val="24"/>
          <w:szCs w:val="24"/>
        </w:rPr>
        <w:t xml:space="preserve">u neovisni i odgovorni organima </w:t>
      </w:r>
      <w:r w:rsidR="005B433D">
        <w:rPr>
          <w:rFonts w:ascii="Arial" w:eastAsia="Arial" w:hAnsi="Arial" w:cs="Arial"/>
          <w:sz w:val="24"/>
          <w:szCs w:val="24"/>
        </w:rPr>
        <w:t>političke organizacije</w:t>
      </w:r>
      <w:r w:rsidRPr="00055CCD">
        <w:rPr>
          <w:rFonts w:ascii="Arial" w:eastAsia="Arial" w:hAnsi="Arial" w:cs="Arial"/>
          <w:sz w:val="24"/>
          <w:szCs w:val="24"/>
        </w:rPr>
        <w:t xml:space="preserve"> i/ili licima koje t</w:t>
      </w:r>
      <w:r w:rsidR="00466D4C" w:rsidRPr="00055CCD">
        <w:rPr>
          <w:rFonts w:ascii="Arial" w:eastAsia="Arial" w:hAnsi="Arial" w:cs="Arial"/>
          <w:sz w:val="24"/>
          <w:szCs w:val="24"/>
        </w:rPr>
        <w:t>i</w:t>
      </w:r>
      <w:r w:rsidRPr="00055CCD">
        <w:rPr>
          <w:rFonts w:ascii="Arial" w:eastAsia="Arial" w:hAnsi="Arial" w:cs="Arial"/>
          <w:sz w:val="24"/>
          <w:szCs w:val="24"/>
        </w:rPr>
        <w:t xml:space="preserve"> organi posebnim aktom imenuju i zaduže za pojedinačne </w:t>
      </w:r>
      <w:r w:rsidR="00466D4C" w:rsidRPr="00055CCD">
        <w:rPr>
          <w:rFonts w:ascii="Arial" w:eastAsia="Arial" w:hAnsi="Arial" w:cs="Arial"/>
          <w:sz w:val="24"/>
          <w:szCs w:val="24"/>
        </w:rPr>
        <w:t xml:space="preserve">slučajeve i </w:t>
      </w:r>
      <w:r w:rsidRPr="00055CCD">
        <w:rPr>
          <w:rFonts w:ascii="Arial" w:eastAsia="Arial" w:hAnsi="Arial" w:cs="Arial"/>
          <w:sz w:val="24"/>
          <w:szCs w:val="24"/>
        </w:rPr>
        <w:t>aktivnosti.</w:t>
      </w:r>
    </w:p>
    <w:p w14:paraId="581438FE" w14:textId="07A878B7" w:rsidR="008072C4" w:rsidRPr="00055CCD" w:rsidRDefault="005B433D" w:rsidP="00F76E8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Z</w:t>
      </w:r>
      <w:r w:rsidRPr="00055CCD">
        <w:rPr>
          <w:rFonts w:ascii="Arial" w:eastAsia="Arial" w:hAnsi="Arial" w:cs="Arial"/>
          <w:sz w:val="24"/>
          <w:szCs w:val="24"/>
        </w:rPr>
        <w:t xml:space="preserve">a </w:t>
      </w:r>
      <w:r>
        <w:rPr>
          <w:rFonts w:ascii="Arial" w:eastAsia="Arial" w:hAnsi="Arial" w:cs="Arial"/>
          <w:sz w:val="24"/>
          <w:szCs w:val="24"/>
        </w:rPr>
        <w:t>eventualno kršenje etičkog kodeksa č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lanovi </w:t>
      </w:r>
      <w:r>
        <w:rPr>
          <w:rFonts w:ascii="Arial" w:eastAsia="Arial" w:hAnsi="Arial" w:cs="Arial"/>
          <w:sz w:val="24"/>
          <w:szCs w:val="24"/>
        </w:rPr>
        <w:t xml:space="preserve">političke organizacije 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odgovaraju pred </w:t>
      </w:r>
      <w:r w:rsidR="00D47BA4">
        <w:rPr>
          <w:rFonts w:ascii="Arial" w:eastAsia="Arial" w:hAnsi="Arial" w:cs="Arial"/>
          <w:sz w:val="24"/>
          <w:szCs w:val="24"/>
        </w:rPr>
        <w:t>Skupštinskim Senatom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. </w:t>
      </w:r>
    </w:p>
    <w:p w14:paraId="2A92C874" w14:textId="77777777" w:rsidR="00D47BA4" w:rsidRDefault="00D47BA4" w:rsidP="00466D4C">
      <w:pPr>
        <w:jc w:val="center"/>
        <w:rPr>
          <w:rFonts w:ascii="Arial" w:eastAsia="Arial" w:hAnsi="Arial" w:cs="Arial"/>
          <w:b/>
          <w:sz w:val="24"/>
          <w:szCs w:val="24"/>
        </w:rPr>
      </w:pPr>
    </w:p>
    <w:p w14:paraId="0C607E02" w14:textId="152E417B" w:rsidR="00F93B5D" w:rsidRPr="00055CCD" w:rsidRDefault="00F93B5D" w:rsidP="00466D4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t>V ORGANI I NJIHOVA PRAVA, OBAVEZE I ODGOVORNOSTI</w:t>
      </w:r>
    </w:p>
    <w:p w14:paraId="1ADB4DBB" w14:textId="3C0F8E41" w:rsidR="008072C4" w:rsidRPr="00055CCD" w:rsidRDefault="00175836" w:rsidP="00466D4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 xml:space="preserve">Član </w:t>
      </w:r>
      <w:r w:rsidR="00F93B5D" w:rsidRPr="00055CCD">
        <w:rPr>
          <w:rFonts w:ascii="Arial" w:eastAsia="Arial" w:hAnsi="Arial" w:cs="Arial"/>
          <w:b/>
          <w:bCs/>
          <w:sz w:val="24"/>
          <w:szCs w:val="24"/>
        </w:rPr>
        <w:t>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4</w:t>
      </w:r>
      <w:r w:rsidR="00F93B5D"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6A41B029" w14:textId="0EA25094" w:rsidR="008072C4" w:rsidRPr="00055CCD" w:rsidRDefault="00175836" w:rsidP="00F93B5D">
      <w:pPr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Po</w:t>
      </w:r>
      <w:r w:rsidR="00F93B5D" w:rsidRPr="00055CCD">
        <w:rPr>
          <w:rFonts w:ascii="Arial" w:eastAsia="Arial" w:hAnsi="Arial" w:cs="Arial"/>
          <w:sz w:val="24"/>
          <w:szCs w:val="24"/>
        </w:rPr>
        <w:t xml:space="preserve">litičkom organizacijom </w:t>
      </w:r>
      <w:r w:rsidRPr="00055CCD">
        <w:rPr>
          <w:rFonts w:ascii="Arial" w:eastAsia="Arial" w:hAnsi="Arial" w:cs="Arial"/>
          <w:sz w:val="24"/>
          <w:szCs w:val="24"/>
        </w:rPr>
        <w:t>upravljaju organi:</w:t>
      </w:r>
    </w:p>
    <w:p w14:paraId="750FFBB1" w14:textId="77777777" w:rsidR="008072C4" w:rsidRPr="00055CCD" w:rsidRDefault="00175836" w:rsidP="00F64719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055CCD">
        <w:rPr>
          <w:rFonts w:ascii="Arial" w:eastAsia="Arial" w:hAnsi="Arial" w:cs="Arial"/>
          <w:color w:val="000000"/>
          <w:sz w:val="24"/>
          <w:szCs w:val="24"/>
        </w:rPr>
        <w:t>Skupština</w:t>
      </w:r>
    </w:p>
    <w:p w14:paraId="0137BD99" w14:textId="77777777" w:rsidR="008072C4" w:rsidRPr="00055CCD" w:rsidRDefault="00175836" w:rsidP="00F64719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055CCD">
        <w:rPr>
          <w:rFonts w:ascii="Arial" w:eastAsia="Arial" w:hAnsi="Arial" w:cs="Arial"/>
          <w:color w:val="000000"/>
          <w:sz w:val="24"/>
          <w:szCs w:val="24"/>
        </w:rPr>
        <w:t xml:space="preserve">Senat </w:t>
      </w:r>
    </w:p>
    <w:p w14:paraId="527159A4" w14:textId="77777777" w:rsidR="008072C4" w:rsidRPr="00055CCD" w:rsidRDefault="00175836" w:rsidP="00F64719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055CCD">
        <w:rPr>
          <w:rFonts w:ascii="Arial" w:eastAsia="Arial" w:hAnsi="Arial" w:cs="Arial"/>
          <w:color w:val="000000"/>
          <w:sz w:val="24"/>
          <w:szCs w:val="24"/>
        </w:rPr>
        <w:t xml:space="preserve">Predsjednik </w:t>
      </w:r>
    </w:p>
    <w:p w14:paraId="6188D839" w14:textId="4690D521" w:rsidR="008072C4" w:rsidRPr="00055CCD" w:rsidRDefault="00402FC6" w:rsidP="00F64719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Predsjedništvo</w:t>
      </w:r>
    </w:p>
    <w:p w14:paraId="59DBDA5F" w14:textId="77777777" w:rsidR="008072C4" w:rsidRPr="00055CCD" w:rsidRDefault="00175836" w:rsidP="00F64719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055CCD">
        <w:rPr>
          <w:rFonts w:ascii="Arial" w:eastAsia="Arial" w:hAnsi="Arial" w:cs="Arial"/>
          <w:color w:val="000000"/>
          <w:sz w:val="24"/>
          <w:szCs w:val="24"/>
        </w:rPr>
        <w:t xml:space="preserve">Generalni sekretar </w:t>
      </w:r>
    </w:p>
    <w:p w14:paraId="62555C48" w14:textId="14ED827C" w:rsidR="008072C4" w:rsidRPr="00055CCD" w:rsidRDefault="00E30262" w:rsidP="00F6471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Forum</w:t>
      </w:r>
      <w:r w:rsidR="00175836" w:rsidRPr="00055CCD">
        <w:rPr>
          <w:rFonts w:ascii="Arial" w:eastAsia="Arial" w:hAnsi="Arial" w:cs="Arial"/>
          <w:color w:val="000000"/>
          <w:sz w:val="24"/>
          <w:szCs w:val="24"/>
        </w:rPr>
        <w:t xml:space="preserve"> mladih</w:t>
      </w:r>
    </w:p>
    <w:p w14:paraId="5CC4A5ED" w14:textId="00BA9645" w:rsidR="00D47BA4" w:rsidRPr="00E30262" w:rsidRDefault="00175836" w:rsidP="00E30262">
      <w:pPr>
        <w:pStyle w:val="ListParagraph"/>
        <w:numPr>
          <w:ilvl w:val="0"/>
          <w:numId w:val="61"/>
        </w:numPr>
        <w:jc w:val="both"/>
        <w:rPr>
          <w:rFonts w:ascii="Arial" w:eastAsia="Arial" w:hAnsi="Arial" w:cs="Arial"/>
          <w:b/>
          <w:sz w:val="24"/>
          <w:szCs w:val="24"/>
        </w:rPr>
      </w:pPr>
      <w:r w:rsidRPr="00E30262">
        <w:rPr>
          <w:rFonts w:ascii="Arial" w:eastAsia="Arial" w:hAnsi="Arial" w:cs="Arial"/>
          <w:b/>
          <w:sz w:val="24"/>
          <w:szCs w:val="24"/>
        </w:rPr>
        <w:lastRenderedPageBreak/>
        <w:t>Skupština</w:t>
      </w:r>
      <w:r w:rsidR="00F93B5D" w:rsidRPr="00E30262">
        <w:rPr>
          <w:rFonts w:ascii="Arial" w:eastAsia="Arial" w:hAnsi="Arial" w:cs="Arial"/>
          <w:b/>
          <w:sz w:val="24"/>
          <w:szCs w:val="24"/>
        </w:rPr>
        <w:t>:</w:t>
      </w:r>
    </w:p>
    <w:p w14:paraId="2C5EA54C" w14:textId="1930A569" w:rsidR="00FC2311" w:rsidRPr="00F64719" w:rsidRDefault="00FC2311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Skupštine se sastaje na redovnim sjednicama (najmanje jednom godišnje) i vanrednim sjednicama po potrebi</w:t>
      </w:r>
      <w:r w:rsidR="009B70BC" w:rsidRPr="00F64719">
        <w:rPr>
          <w:rFonts w:ascii="Arial" w:eastAsia="Arial" w:hAnsi="Arial" w:cs="Arial"/>
          <w:sz w:val="24"/>
          <w:szCs w:val="24"/>
        </w:rPr>
        <w:t>;</w:t>
      </w:r>
    </w:p>
    <w:p w14:paraId="45F81C3E" w14:textId="270B3635" w:rsidR="00FC2311" w:rsidRPr="00F64719" w:rsidRDefault="00FC2311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Osnivačka Skupština je sastavljena od od minimalno 50 osnivača. </w:t>
      </w:r>
      <w:r w:rsidR="000D3930" w:rsidRPr="00F64719">
        <w:rPr>
          <w:rFonts w:ascii="Arial" w:eastAsia="Arial" w:hAnsi="Arial" w:cs="Arial"/>
          <w:sz w:val="24"/>
          <w:szCs w:val="24"/>
        </w:rPr>
        <w:t xml:space="preserve">Osnivačkom skupštinom do izbora </w:t>
      </w:r>
      <w:r w:rsidR="00A7085A" w:rsidRPr="00F64719">
        <w:rPr>
          <w:rFonts w:ascii="Arial" w:eastAsia="Arial" w:hAnsi="Arial" w:cs="Arial"/>
          <w:sz w:val="24"/>
          <w:szCs w:val="24"/>
        </w:rPr>
        <w:t>p</w:t>
      </w:r>
      <w:r w:rsidR="000D3930" w:rsidRPr="00F64719">
        <w:rPr>
          <w:rFonts w:ascii="Arial" w:eastAsia="Arial" w:hAnsi="Arial" w:cs="Arial"/>
          <w:sz w:val="24"/>
          <w:szCs w:val="24"/>
        </w:rPr>
        <w:t>redsjed</w:t>
      </w:r>
      <w:r w:rsidR="00A7085A" w:rsidRPr="00F64719">
        <w:rPr>
          <w:rFonts w:ascii="Arial" w:eastAsia="Arial" w:hAnsi="Arial" w:cs="Arial"/>
          <w:sz w:val="24"/>
          <w:szCs w:val="24"/>
        </w:rPr>
        <w:t>avajućeg</w:t>
      </w:r>
      <w:r w:rsidR="000D3930" w:rsidRPr="00F64719">
        <w:rPr>
          <w:rFonts w:ascii="Arial" w:eastAsia="Arial" w:hAnsi="Arial" w:cs="Arial"/>
          <w:sz w:val="24"/>
          <w:szCs w:val="24"/>
        </w:rPr>
        <w:t xml:space="preserve"> Skupštine rukovodi najstariji delegat iz redova osnivača. </w:t>
      </w:r>
    </w:p>
    <w:p w14:paraId="5A6042E0" w14:textId="2D41E71A" w:rsidR="00FC2311" w:rsidRPr="00F64719" w:rsidRDefault="00FC2311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Skupštinom predsjedava </w:t>
      </w:r>
      <w:r w:rsidR="00402FC6" w:rsidRPr="00F64719">
        <w:rPr>
          <w:rFonts w:ascii="Arial" w:eastAsia="Arial" w:hAnsi="Arial" w:cs="Arial"/>
          <w:sz w:val="24"/>
          <w:szCs w:val="24"/>
        </w:rPr>
        <w:t>P</w:t>
      </w:r>
      <w:r w:rsidRPr="00F64719">
        <w:rPr>
          <w:rFonts w:ascii="Arial" w:eastAsia="Arial" w:hAnsi="Arial" w:cs="Arial"/>
          <w:sz w:val="24"/>
          <w:szCs w:val="24"/>
        </w:rPr>
        <w:t>redsjedavajući Skupštine, koji se bira javnim glasanjem iz redova članova Skupštine natpolovičnom većinom prisutnih članova</w:t>
      </w:r>
      <w:r w:rsidR="009B70BC" w:rsidRPr="00F64719">
        <w:rPr>
          <w:rFonts w:ascii="Arial" w:eastAsia="Arial" w:hAnsi="Arial" w:cs="Arial"/>
          <w:sz w:val="24"/>
          <w:szCs w:val="24"/>
        </w:rPr>
        <w:t>;</w:t>
      </w:r>
      <w:r w:rsidRPr="00F64719">
        <w:rPr>
          <w:rFonts w:ascii="Arial" w:eastAsia="Arial" w:hAnsi="Arial" w:cs="Arial"/>
          <w:sz w:val="24"/>
          <w:szCs w:val="24"/>
        </w:rPr>
        <w:t xml:space="preserve"> </w:t>
      </w:r>
    </w:p>
    <w:p w14:paraId="69B54A7E" w14:textId="53C491E7" w:rsidR="00402FC6" w:rsidRPr="00F64719" w:rsidRDefault="00402FC6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Mandat Predsjedavajućeg Skupštine traje 4 godine i može se na Skupštini obnoviti za još jedan mandat u naredne 4 godine;</w:t>
      </w:r>
    </w:p>
    <w:p w14:paraId="60F7C423" w14:textId="1C2C515A" w:rsidR="00D47BA4" w:rsidRPr="00F64719" w:rsidRDefault="00D47BA4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b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D</w:t>
      </w:r>
      <w:r w:rsidR="00F93B5D" w:rsidRPr="00F64719">
        <w:rPr>
          <w:rFonts w:ascii="Arial" w:eastAsia="Arial" w:hAnsi="Arial" w:cs="Arial"/>
          <w:sz w:val="24"/>
          <w:szCs w:val="24"/>
        </w:rPr>
        <w:t xml:space="preserve">onosi </w:t>
      </w:r>
      <w:r w:rsidR="00E86EEB" w:rsidRPr="00F64719">
        <w:rPr>
          <w:rFonts w:ascii="Arial" w:eastAsia="Arial" w:hAnsi="Arial" w:cs="Arial"/>
          <w:sz w:val="24"/>
          <w:szCs w:val="24"/>
        </w:rPr>
        <w:t xml:space="preserve">na osnivačkoj skupštini Program djelovanja i Statut; </w:t>
      </w:r>
    </w:p>
    <w:p w14:paraId="6522FBB3" w14:textId="7320C897" w:rsidR="00E86EEB" w:rsidRPr="00F64719" w:rsidRDefault="00466D4C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b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Donosi izmjene i dopune S</w:t>
      </w:r>
      <w:r w:rsidR="00E86EEB" w:rsidRPr="00F64719">
        <w:rPr>
          <w:rFonts w:ascii="Arial" w:eastAsia="Arial" w:hAnsi="Arial" w:cs="Arial"/>
          <w:sz w:val="24"/>
          <w:szCs w:val="24"/>
        </w:rPr>
        <w:t>tatuta na redovnim i vanrednim sjednicama</w:t>
      </w:r>
      <w:r w:rsidR="009B70BC" w:rsidRPr="00F64719">
        <w:rPr>
          <w:rFonts w:ascii="Arial" w:eastAsia="Arial" w:hAnsi="Arial" w:cs="Arial"/>
          <w:sz w:val="24"/>
          <w:szCs w:val="24"/>
        </w:rPr>
        <w:t>;</w:t>
      </w:r>
    </w:p>
    <w:p w14:paraId="11E3ECBF" w14:textId="3CCE2EFB" w:rsidR="00F93B5D" w:rsidRPr="00F64719" w:rsidRDefault="00E86EEB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Bira organe stranke: </w:t>
      </w:r>
      <w:r w:rsidR="009B70BC" w:rsidRPr="00F64719">
        <w:rPr>
          <w:rFonts w:ascii="Arial" w:eastAsia="Arial" w:hAnsi="Arial" w:cs="Arial"/>
          <w:sz w:val="24"/>
          <w:szCs w:val="24"/>
        </w:rPr>
        <w:t xml:space="preserve">Skupštinski </w:t>
      </w:r>
      <w:r w:rsidRPr="00F64719">
        <w:rPr>
          <w:rFonts w:ascii="Arial" w:eastAsia="Arial" w:hAnsi="Arial" w:cs="Arial"/>
          <w:sz w:val="24"/>
          <w:szCs w:val="24"/>
        </w:rPr>
        <w:t>S</w:t>
      </w:r>
      <w:r w:rsidR="00175836" w:rsidRPr="00F64719">
        <w:rPr>
          <w:rFonts w:ascii="Arial" w:eastAsia="Arial" w:hAnsi="Arial" w:cs="Arial"/>
          <w:sz w:val="24"/>
          <w:szCs w:val="24"/>
        </w:rPr>
        <w:t>enat, Predsjednika</w:t>
      </w:r>
      <w:r w:rsidR="009B70BC" w:rsidRPr="00F64719">
        <w:rPr>
          <w:rFonts w:ascii="Arial" w:eastAsia="Arial" w:hAnsi="Arial" w:cs="Arial"/>
          <w:sz w:val="24"/>
          <w:szCs w:val="24"/>
        </w:rPr>
        <w:t xml:space="preserve"> političke organizacije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, Izvršni odbor i Generalnog sekretara u redovima svojih članova, javnim glasanjem na redovnoj ili vanrednoj </w:t>
      </w:r>
      <w:r w:rsidRPr="00F64719">
        <w:rPr>
          <w:rFonts w:ascii="Arial" w:eastAsia="Arial" w:hAnsi="Arial" w:cs="Arial"/>
          <w:sz w:val="24"/>
          <w:szCs w:val="24"/>
        </w:rPr>
        <w:t>sjednici</w:t>
      </w:r>
      <w:r w:rsidR="009B70BC" w:rsidRPr="00F64719">
        <w:rPr>
          <w:rFonts w:ascii="Arial" w:eastAsia="Arial" w:hAnsi="Arial" w:cs="Arial"/>
          <w:sz w:val="24"/>
          <w:szCs w:val="24"/>
        </w:rPr>
        <w:t>;</w:t>
      </w:r>
    </w:p>
    <w:p w14:paraId="4DB9CD5A" w14:textId="57B68D64" w:rsidR="00466D4C" w:rsidRPr="00F64719" w:rsidRDefault="007E5E59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Donosi P</w:t>
      </w:r>
      <w:r w:rsidR="00466D4C" w:rsidRPr="00F64719">
        <w:rPr>
          <w:rFonts w:ascii="Arial" w:eastAsia="Arial" w:hAnsi="Arial" w:cs="Arial"/>
          <w:sz w:val="24"/>
          <w:szCs w:val="24"/>
        </w:rPr>
        <w:t>oslovnik o radu</w:t>
      </w:r>
      <w:r w:rsidR="009B70BC" w:rsidRPr="00F64719">
        <w:rPr>
          <w:rFonts w:ascii="Arial" w:eastAsia="Arial" w:hAnsi="Arial" w:cs="Arial"/>
          <w:sz w:val="24"/>
          <w:szCs w:val="24"/>
        </w:rPr>
        <w:t xml:space="preserve"> Skupštine</w:t>
      </w:r>
      <w:r w:rsidR="00466D4C" w:rsidRPr="00F64719">
        <w:rPr>
          <w:rFonts w:ascii="Arial" w:eastAsia="Arial" w:hAnsi="Arial" w:cs="Arial"/>
          <w:sz w:val="24"/>
          <w:szCs w:val="24"/>
        </w:rPr>
        <w:t>, te</w:t>
      </w:r>
      <w:r w:rsidR="009B70BC" w:rsidRPr="00F64719">
        <w:rPr>
          <w:rFonts w:ascii="Arial" w:eastAsia="Arial" w:hAnsi="Arial" w:cs="Arial"/>
          <w:sz w:val="24"/>
          <w:szCs w:val="24"/>
        </w:rPr>
        <w:t xml:space="preserve"> njegove</w:t>
      </w:r>
      <w:r w:rsidR="00466D4C" w:rsidRPr="00F64719">
        <w:rPr>
          <w:rFonts w:ascii="Arial" w:eastAsia="Arial" w:hAnsi="Arial" w:cs="Arial"/>
          <w:sz w:val="24"/>
          <w:szCs w:val="24"/>
        </w:rPr>
        <w:t xml:space="preserve"> izmjene i dopune;</w:t>
      </w:r>
    </w:p>
    <w:p w14:paraId="5D367DBE" w14:textId="48EC5944" w:rsidR="00A7085A" w:rsidRPr="00F64719" w:rsidRDefault="00A7085A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Vrši i duge poslove u skladu sa Zakonom, ovim Statutom i svojim odlukama;</w:t>
      </w:r>
    </w:p>
    <w:p w14:paraId="583D5A9A" w14:textId="51E5A5FF" w:rsidR="007E5E59" w:rsidRPr="00F64719" w:rsidRDefault="007E5E59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Skupština se može održati i online u posebnim slučajevima, što će se bliže urediti Poslovnikom</w:t>
      </w:r>
      <w:r w:rsidR="009B70BC" w:rsidRPr="00F64719">
        <w:rPr>
          <w:rFonts w:ascii="Arial" w:eastAsia="Arial" w:hAnsi="Arial" w:cs="Arial"/>
          <w:sz w:val="24"/>
          <w:szCs w:val="24"/>
        </w:rPr>
        <w:t>;</w:t>
      </w:r>
    </w:p>
    <w:p w14:paraId="66222C23" w14:textId="77777777" w:rsidR="00F64719" w:rsidRDefault="007E5E59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Glasanje na skupštini je u pravil</w:t>
      </w:r>
      <w:r w:rsidR="009B70BC" w:rsidRPr="00F64719">
        <w:rPr>
          <w:rFonts w:ascii="Arial" w:eastAsia="Arial" w:hAnsi="Arial" w:cs="Arial"/>
          <w:sz w:val="24"/>
          <w:szCs w:val="24"/>
        </w:rPr>
        <w:t>u</w:t>
      </w:r>
      <w:r w:rsidRPr="00F64719">
        <w:rPr>
          <w:rFonts w:ascii="Arial" w:eastAsia="Arial" w:hAnsi="Arial" w:cs="Arial"/>
          <w:sz w:val="24"/>
          <w:szCs w:val="24"/>
        </w:rPr>
        <w:t xml:space="preserve"> javno i odluke </w:t>
      </w:r>
      <w:r w:rsidR="009B70BC" w:rsidRPr="00F64719">
        <w:rPr>
          <w:rFonts w:ascii="Arial" w:eastAsia="Arial" w:hAnsi="Arial" w:cs="Arial"/>
          <w:sz w:val="24"/>
          <w:szCs w:val="24"/>
        </w:rPr>
        <w:t>se</w:t>
      </w:r>
      <w:r w:rsidRPr="00F64719">
        <w:rPr>
          <w:rFonts w:ascii="Arial" w:eastAsia="Arial" w:hAnsi="Arial" w:cs="Arial"/>
          <w:sz w:val="24"/>
          <w:szCs w:val="24"/>
        </w:rPr>
        <w:t xml:space="preserve"> donose javnim glasanjem „za“, „protiv“</w:t>
      </w:r>
      <w:r w:rsidR="00081472" w:rsidRPr="00F64719">
        <w:rPr>
          <w:rFonts w:ascii="Arial" w:eastAsia="Arial" w:hAnsi="Arial" w:cs="Arial"/>
          <w:sz w:val="24"/>
          <w:szCs w:val="24"/>
        </w:rPr>
        <w:t xml:space="preserve"> i</w:t>
      </w:r>
      <w:r w:rsidRPr="00F64719">
        <w:rPr>
          <w:rFonts w:ascii="Arial" w:eastAsia="Arial" w:hAnsi="Arial" w:cs="Arial"/>
          <w:sz w:val="24"/>
          <w:szCs w:val="24"/>
        </w:rPr>
        <w:t xml:space="preserve"> „suzdržan“</w:t>
      </w:r>
      <w:r w:rsidR="00081472" w:rsidRPr="00F64719">
        <w:rPr>
          <w:rFonts w:ascii="Arial" w:eastAsia="Arial" w:hAnsi="Arial" w:cs="Arial"/>
          <w:sz w:val="24"/>
          <w:szCs w:val="24"/>
        </w:rPr>
        <w:t xml:space="preserve">, a </w:t>
      </w:r>
      <w:r w:rsidR="009B70BC" w:rsidRPr="00F64719">
        <w:rPr>
          <w:rFonts w:ascii="Arial" w:eastAsia="Arial" w:hAnsi="Arial" w:cs="Arial"/>
          <w:sz w:val="24"/>
          <w:szCs w:val="24"/>
        </w:rPr>
        <w:t xml:space="preserve">rukovodstvo </w:t>
      </w:r>
      <w:r w:rsidR="00081472" w:rsidRPr="00F64719">
        <w:rPr>
          <w:rFonts w:ascii="Arial" w:eastAsia="Arial" w:hAnsi="Arial" w:cs="Arial"/>
          <w:sz w:val="24"/>
          <w:szCs w:val="24"/>
        </w:rPr>
        <w:t>Skupštin</w:t>
      </w:r>
      <w:r w:rsidR="009B70BC" w:rsidRPr="00F64719">
        <w:rPr>
          <w:rFonts w:ascii="Arial" w:eastAsia="Arial" w:hAnsi="Arial" w:cs="Arial"/>
          <w:sz w:val="24"/>
          <w:szCs w:val="24"/>
        </w:rPr>
        <w:t>e</w:t>
      </w:r>
      <w:r w:rsidR="00D47BA4" w:rsidRPr="00F64719">
        <w:rPr>
          <w:rFonts w:ascii="Arial" w:eastAsia="Arial" w:hAnsi="Arial" w:cs="Arial"/>
          <w:sz w:val="24"/>
          <w:szCs w:val="24"/>
        </w:rPr>
        <w:t xml:space="preserve"> može</w:t>
      </w:r>
      <w:r w:rsidR="00081472" w:rsidRPr="00F64719">
        <w:rPr>
          <w:rFonts w:ascii="Arial" w:eastAsia="Arial" w:hAnsi="Arial" w:cs="Arial"/>
          <w:sz w:val="24"/>
          <w:szCs w:val="24"/>
        </w:rPr>
        <w:t xml:space="preserve"> odlučiti da se pojedine odluke mogu donositi i tajnim glasanjem</w:t>
      </w:r>
      <w:r w:rsidR="00A7085A" w:rsidRPr="00F64719">
        <w:rPr>
          <w:rFonts w:ascii="Arial" w:eastAsia="Arial" w:hAnsi="Arial" w:cs="Arial"/>
          <w:sz w:val="24"/>
          <w:szCs w:val="24"/>
        </w:rPr>
        <w:t>;</w:t>
      </w:r>
    </w:p>
    <w:p w14:paraId="4069F69A" w14:textId="2C9B8AA2" w:rsidR="00D47BA4" w:rsidRPr="00F64719" w:rsidRDefault="00081472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radu Skupštine vodi se zapisnik</w:t>
      </w:r>
      <w:r w:rsidR="00A7085A" w:rsidRPr="00F64719">
        <w:rPr>
          <w:rFonts w:ascii="Arial" w:eastAsia="Arial" w:hAnsi="Arial" w:cs="Arial"/>
          <w:sz w:val="24"/>
          <w:szCs w:val="24"/>
        </w:rPr>
        <w:t>;</w:t>
      </w:r>
    </w:p>
    <w:p w14:paraId="0F8BB87E" w14:textId="77777777" w:rsidR="00A7085A" w:rsidRPr="00F64719" w:rsidRDefault="00A7085A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Izbor dodatnih članova Skupštine će se urediti posebnim aktom;</w:t>
      </w:r>
    </w:p>
    <w:p w14:paraId="7158AD10" w14:textId="1CD48227" w:rsidR="00E86EEB" w:rsidRDefault="00F93B5D" w:rsidP="00F64719">
      <w:pPr>
        <w:pStyle w:val="ListParagraph"/>
        <w:numPr>
          <w:ilvl w:val="0"/>
          <w:numId w:val="55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I</w:t>
      </w:r>
      <w:r w:rsidR="00175836" w:rsidRPr="00F64719">
        <w:rPr>
          <w:rFonts w:ascii="Arial" w:eastAsia="Arial" w:hAnsi="Arial" w:cs="Arial"/>
          <w:sz w:val="24"/>
          <w:szCs w:val="24"/>
        </w:rPr>
        <w:t>zborna skupština se održava svake 4 godine</w:t>
      </w:r>
      <w:r w:rsidR="00A7085A" w:rsidRPr="00F64719">
        <w:rPr>
          <w:rFonts w:ascii="Arial" w:eastAsia="Arial" w:hAnsi="Arial" w:cs="Arial"/>
          <w:sz w:val="24"/>
          <w:szCs w:val="24"/>
        </w:rPr>
        <w:t>;</w:t>
      </w:r>
    </w:p>
    <w:p w14:paraId="77A369DD" w14:textId="77777777" w:rsidR="00E30262" w:rsidRPr="00F64719" w:rsidRDefault="00E30262" w:rsidP="00E30262">
      <w:pPr>
        <w:pStyle w:val="ListParagraph"/>
        <w:jc w:val="both"/>
        <w:rPr>
          <w:rFonts w:ascii="Arial" w:eastAsia="Arial" w:hAnsi="Arial" w:cs="Arial"/>
          <w:sz w:val="24"/>
          <w:szCs w:val="24"/>
        </w:rPr>
      </w:pPr>
    </w:p>
    <w:p w14:paraId="32A0A7AA" w14:textId="32C6BD7F" w:rsidR="00351FF9" w:rsidRPr="00E30262" w:rsidRDefault="00E86EEB" w:rsidP="00E30262">
      <w:pPr>
        <w:pStyle w:val="ListParagraph"/>
        <w:numPr>
          <w:ilvl w:val="0"/>
          <w:numId w:val="61"/>
        </w:numPr>
        <w:jc w:val="both"/>
        <w:rPr>
          <w:rFonts w:ascii="Arial" w:eastAsia="Arial" w:hAnsi="Arial" w:cs="Arial"/>
          <w:b/>
          <w:sz w:val="24"/>
          <w:szCs w:val="24"/>
        </w:rPr>
      </w:pPr>
      <w:r w:rsidRPr="00E30262">
        <w:rPr>
          <w:rFonts w:ascii="Arial" w:eastAsia="Arial" w:hAnsi="Arial" w:cs="Arial"/>
          <w:b/>
          <w:sz w:val="24"/>
          <w:szCs w:val="24"/>
        </w:rPr>
        <w:t>S</w:t>
      </w:r>
      <w:r w:rsidR="002A1140" w:rsidRPr="00E30262">
        <w:rPr>
          <w:rFonts w:ascii="Arial" w:eastAsia="Arial" w:hAnsi="Arial" w:cs="Arial"/>
          <w:b/>
          <w:sz w:val="24"/>
          <w:szCs w:val="24"/>
        </w:rPr>
        <w:t>e</w:t>
      </w:r>
      <w:r w:rsidRPr="00E30262">
        <w:rPr>
          <w:rFonts w:ascii="Arial" w:eastAsia="Arial" w:hAnsi="Arial" w:cs="Arial"/>
          <w:b/>
          <w:sz w:val="24"/>
          <w:szCs w:val="24"/>
        </w:rPr>
        <w:t>nat:</w:t>
      </w:r>
      <w:r w:rsidR="00351FF9" w:rsidRPr="00E30262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D28C0AE" w14:textId="77777777" w:rsidR="00F64719" w:rsidRDefault="00A7085A" w:rsidP="00F64719">
      <w:pPr>
        <w:pStyle w:val="ListParagraph"/>
        <w:numPr>
          <w:ilvl w:val="0"/>
          <w:numId w:val="56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Predsjedavajući Skupštine predlaže Predsjednika Senata i Senatore iz redova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najistaknutiji</w:t>
      </w:r>
      <w:r w:rsidRPr="00F64719">
        <w:rPr>
          <w:rFonts w:ascii="Arial" w:eastAsia="Arial" w:hAnsi="Arial" w:cs="Arial"/>
          <w:sz w:val="24"/>
          <w:szCs w:val="24"/>
        </w:rPr>
        <w:t>h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članova</w:t>
      </w:r>
      <w:r w:rsidRPr="00F64719">
        <w:rPr>
          <w:rFonts w:ascii="Arial" w:eastAsia="Arial" w:hAnsi="Arial" w:cs="Arial"/>
          <w:sz w:val="24"/>
          <w:szCs w:val="24"/>
        </w:rPr>
        <w:t xml:space="preserve"> Skupštine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na </w:t>
      </w:r>
      <w:r w:rsidR="00466D4C" w:rsidRPr="00F64719">
        <w:rPr>
          <w:rFonts w:ascii="Arial" w:eastAsia="Arial" w:hAnsi="Arial" w:cs="Arial"/>
          <w:sz w:val="24"/>
          <w:szCs w:val="24"/>
        </w:rPr>
        <w:t>svojoj izbornoj s</w:t>
      </w:r>
      <w:r w:rsidR="00175836" w:rsidRPr="00F64719">
        <w:rPr>
          <w:rFonts w:ascii="Arial" w:eastAsia="Arial" w:hAnsi="Arial" w:cs="Arial"/>
          <w:sz w:val="24"/>
          <w:szCs w:val="24"/>
        </w:rPr>
        <w:t>jednici.</w:t>
      </w:r>
    </w:p>
    <w:p w14:paraId="273510CE" w14:textId="60FAECAB" w:rsidR="00E86EEB" w:rsidRPr="00F64719" w:rsidRDefault="00AE3C02" w:rsidP="00F64719">
      <w:pPr>
        <w:pStyle w:val="ListParagraph"/>
        <w:numPr>
          <w:ilvl w:val="0"/>
          <w:numId w:val="56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Predsjedavajući Skupštine je ujedno i </w:t>
      </w:r>
      <w:r w:rsidR="00E30262">
        <w:rPr>
          <w:rFonts w:ascii="Arial" w:eastAsia="Arial" w:hAnsi="Arial" w:cs="Arial"/>
          <w:sz w:val="24"/>
          <w:szCs w:val="24"/>
        </w:rPr>
        <w:t>Predsjednik</w:t>
      </w:r>
      <w:r w:rsidRPr="00F64719">
        <w:rPr>
          <w:rFonts w:ascii="Arial" w:eastAsia="Arial" w:hAnsi="Arial" w:cs="Arial"/>
          <w:sz w:val="24"/>
          <w:szCs w:val="24"/>
        </w:rPr>
        <w:t xml:space="preserve"> Senata.</w:t>
      </w:r>
    </w:p>
    <w:p w14:paraId="576FD094" w14:textId="44D6F9BD" w:rsidR="00E86EEB" w:rsidRPr="00F64719" w:rsidRDefault="00E86EEB" w:rsidP="00F64719">
      <w:pPr>
        <w:pStyle w:val="ListParagraph"/>
        <w:numPr>
          <w:ilvl w:val="0"/>
          <w:numId w:val="56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M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inimalni broj </w:t>
      </w:r>
      <w:r w:rsidR="009B70BC" w:rsidRPr="00F64719">
        <w:rPr>
          <w:rFonts w:ascii="Arial" w:eastAsia="Arial" w:hAnsi="Arial" w:cs="Arial"/>
          <w:sz w:val="24"/>
          <w:szCs w:val="24"/>
        </w:rPr>
        <w:t>S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enatora je </w:t>
      </w:r>
      <w:r w:rsidR="00AE3C02" w:rsidRPr="00F64719">
        <w:rPr>
          <w:rFonts w:ascii="Arial" w:eastAsia="Arial" w:hAnsi="Arial" w:cs="Arial"/>
          <w:sz w:val="24"/>
          <w:szCs w:val="24"/>
        </w:rPr>
        <w:t>3 (tri)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i oni trebaju odražavati multik</w:t>
      </w:r>
      <w:r w:rsidRPr="00F64719">
        <w:rPr>
          <w:rFonts w:ascii="Arial" w:eastAsia="Arial" w:hAnsi="Arial" w:cs="Arial"/>
          <w:sz w:val="24"/>
          <w:szCs w:val="24"/>
        </w:rPr>
        <w:t>ultura</w:t>
      </w:r>
      <w:r w:rsidR="00466D4C" w:rsidRPr="00F64719">
        <w:rPr>
          <w:rFonts w:ascii="Arial" w:eastAsia="Arial" w:hAnsi="Arial" w:cs="Arial"/>
          <w:sz w:val="24"/>
          <w:szCs w:val="24"/>
        </w:rPr>
        <w:t>lnost Bosne i Hercegovine, a mož</w:t>
      </w:r>
      <w:r w:rsidRPr="00F64719">
        <w:rPr>
          <w:rFonts w:ascii="Arial" w:eastAsia="Arial" w:hAnsi="Arial" w:cs="Arial"/>
          <w:sz w:val="24"/>
          <w:szCs w:val="24"/>
        </w:rPr>
        <w:t>e ih biti i više ako tako Skupština odluči.</w:t>
      </w:r>
      <w:r w:rsidR="00A7085A" w:rsidRPr="00F64719">
        <w:rPr>
          <w:rFonts w:ascii="Arial" w:eastAsia="Arial" w:hAnsi="Arial" w:cs="Arial"/>
          <w:sz w:val="24"/>
          <w:szCs w:val="24"/>
        </w:rPr>
        <w:t xml:space="preserve"> </w:t>
      </w:r>
    </w:p>
    <w:p w14:paraId="145C72D1" w14:textId="31C31674" w:rsidR="00466D4C" w:rsidRPr="00F64719" w:rsidRDefault="00466D4C" w:rsidP="00F64719">
      <w:pPr>
        <w:pStyle w:val="ListParagraph"/>
        <w:numPr>
          <w:ilvl w:val="0"/>
          <w:numId w:val="56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Biraju se </w:t>
      </w:r>
      <w:r w:rsidR="009B70BC" w:rsidRPr="00F64719">
        <w:rPr>
          <w:rFonts w:ascii="Arial" w:eastAsia="Arial" w:hAnsi="Arial" w:cs="Arial"/>
          <w:sz w:val="24"/>
          <w:szCs w:val="24"/>
        </w:rPr>
        <w:t xml:space="preserve">javnim glasanjem </w:t>
      </w:r>
      <w:r w:rsidRPr="00F64719">
        <w:rPr>
          <w:rFonts w:ascii="Arial" w:eastAsia="Arial" w:hAnsi="Arial" w:cs="Arial"/>
          <w:sz w:val="24"/>
          <w:szCs w:val="24"/>
        </w:rPr>
        <w:t xml:space="preserve">većinom glasova prisutnih delegata na </w:t>
      </w:r>
      <w:r w:rsidR="009B70BC" w:rsidRPr="00F64719">
        <w:rPr>
          <w:rFonts w:ascii="Arial" w:eastAsia="Arial" w:hAnsi="Arial" w:cs="Arial"/>
          <w:sz w:val="24"/>
          <w:szCs w:val="24"/>
        </w:rPr>
        <w:t>S</w:t>
      </w:r>
      <w:r w:rsidRPr="00F64719">
        <w:rPr>
          <w:rFonts w:ascii="Arial" w:eastAsia="Arial" w:hAnsi="Arial" w:cs="Arial"/>
          <w:sz w:val="24"/>
          <w:szCs w:val="24"/>
        </w:rPr>
        <w:t>kupštini.</w:t>
      </w:r>
    </w:p>
    <w:p w14:paraId="3793BD4D" w14:textId="4F0B113E" w:rsidR="002A1140" w:rsidRPr="00F64719" w:rsidRDefault="00466D4C" w:rsidP="00F64719">
      <w:pPr>
        <w:pStyle w:val="ListParagraph"/>
        <w:numPr>
          <w:ilvl w:val="0"/>
          <w:numId w:val="56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S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enat donosi </w:t>
      </w:r>
      <w:r w:rsidR="00F64719" w:rsidRPr="00F64719">
        <w:rPr>
          <w:rFonts w:ascii="Arial" w:eastAsia="Arial" w:hAnsi="Arial" w:cs="Arial"/>
          <w:sz w:val="24"/>
          <w:szCs w:val="24"/>
        </w:rPr>
        <w:t>Poslovnik o svom radu</w:t>
      </w:r>
      <w:r w:rsidR="00F64719">
        <w:rPr>
          <w:rFonts w:ascii="Arial" w:eastAsia="Arial" w:hAnsi="Arial" w:cs="Arial"/>
          <w:sz w:val="24"/>
          <w:szCs w:val="24"/>
        </w:rPr>
        <w:t xml:space="preserve"> i</w:t>
      </w:r>
      <w:r w:rsidR="00F64719" w:rsidRPr="00F64719">
        <w:rPr>
          <w:rFonts w:ascii="Arial" w:eastAsia="Arial" w:hAnsi="Arial" w:cs="Arial"/>
          <w:sz w:val="24"/>
          <w:szCs w:val="24"/>
        </w:rPr>
        <w:t xml:space="preserve"> </w:t>
      </w:r>
      <w:r w:rsidR="00175836" w:rsidRPr="00F64719">
        <w:rPr>
          <w:rFonts w:ascii="Arial" w:eastAsia="Arial" w:hAnsi="Arial" w:cs="Arial"/>
          <w:sz w:val="24"/>
          <w:szCs w:val="24"/>
        </w:rPr>
        <w:t>Etički kodeks u skladu sa dobrim praksama i EU standardima, te provodi postupke provjere i disciplinske odgovornosti članova i nositelja javnih funkcija ispred političke organizacije</w:t>
      </w:r>
      <w:r w:rsidR="002A1140" w:rsidRPr="00F64719">
        <w:rPr>
          <w:rFonts w:ascii="Arial" w:eastAsia="Arial" w:hAnsi="Arial" w:cs="Arial"/>
          <w:sz w:val="24"/>
          <w:szCs w:val="24"/>
        </w:rPr>
        <w:t>.</w:t>
      </w:r>
    </w:p>
    <w:p w14:paraId="29D74B5F" w14:textId="350E7875" w:rsidR="008072C4" w:rsidRPr="00F64719" w:rsidRDefault="002A1140" w:rsidP="00F64719">
      <w:pPr>
        <w:pStyle w:val="ListParagraph"/>
        <w:numPr>
          <w:ilvl w:val="0"/>
          <w:numId w:val="56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S</w:t>
      </w:r>
      <w:r w:rsidR="00175836" w:rsidRPr="00F64719">
        <w:rPr>
          <w:rFonts w:ascii="Arial" w:eastAsia="Arial" w:hAnsi="Arial" w:cs="Arial"/>
          <w:sz w:val="24"/>
          <w:szCs w:val="24"/>
        </w:rPr>
        <w:t>enat može ovlastiti i vanjska tijela ili stručne pojedince za pružanje neovisnog audita kvalitete rada organizacije.</w:t>
      </w:r>
    </w:p>
    <w:p w14:paraId="2951DE7E" w14:textId="6C8A8A03" w:rsidR="002A1140" w:rsidRPr="00E30262" w:rsidRDefault="002A1140" w:rsidP="00E30262">
      <w:pPr>
        <w:pStyle w:val="ListParagraph"/>
        <w:numPr>
          <w:ilvl w:val="0"/>
          <w:numId w:val="61"/>
        </w:numPr>
        <w:jc w:val="both"/>
        <w:rPr>
          <w:rFonts w:ascii="Arial" w:eastAsia="Arial" w:hAnsi="Arial" w:cs="Arial"/>
          <w:b/>
          <w:sz w:val="24"/>
          <w:szCs w:val="24"/>
        </w:rPr>
      </w:pPr>
      <w:r w:rsidRPr="00E30262">
        <w:rPr>
          <w:rFonts w:ascii="Arial" w:eastAsia="Arial" w:hAnsi="Arial" w:cs="Arial"/>
          <w:b/>
          <w:sz w:val="24"/>
          <w:szCs w:val="24"/>
        </w:rPr>
        <w:lastRenderedPageBreak/>
        <w:t>Predsjednik</w:t>
      </w:r>
      <w:r w:rsidR="000D3930" w:rsidRPr="00E30262">
        <w:rPr>
          <w:rFonts w:ascii="Arial" w:eastAsia="Arial" w:hAnsi="Arial" w:cs="Arial"/>
          <w:b/>
          <w:sz w:val="24"/>
          <w:szCs w:val="24"/>
        </w:rPr>
        <w:t xml:space="preserve"> političke organizacije</w:t>
      </w:r>
      <w:r w:rsidRPr="00E30262">
        <w:rPr>
          <w:rFonts w:ascii="Arial" w:eastAsia="Arial" w:hAnsi="Arial" w:cs="Arial"/>
          <w:b/>
          <w:sz w:val="24"/>
          <w:szCs w:val="24"/>
        </w:rPr>
        <w:t>:</w:t>
      </w:r>
    </w:p>
    <w:p w14:paraId="30EBE56D" w14:textId="209984D8" w:rsidR="000D3930" w:rsidRPr="00F64719" w:rsidRDefault="00A7085A" w:rsidP="00F64719">
      <w:pPr>
        <w:pStyle w:val="ListParagraph"/>
        <w:numPr>
          <w:ilvl w:val="0"/>
          <w:numId w:val="57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Senat </w:t>
      </w:r>
      <w:r w:rsidR="000D3930" w:rsidRPr="00F64719">
        <w:rPr>
          <w:rFonts w:ascii="Arial" w:eastAsia="Arial" w:hAnsi="Arial" w:cs="Arial"/>
          <w:sz w:val="24"/>
          <w:szCs w:val="24"/>
        </w:rPr>
        <w:t>predlaže Predsjednika političke organizacije</w:t>
      </w:r>
      <w:r w:rsidR="00AE3C02" w:rsidRPr="00F64719">
        <w:rPr>
          <w:rFonts w:ascii="Arial" w:eastAsia="Arial" w:hAnsi="Arial" w:cs="Arial"/>
          <w:sz w:val="24"/>
          <w:szCs w:val="24"/>
        </w:rPr>
        <w:t xml:space="preserve"> u skladu sa principima političke organizacije</w:t>
      </w:r>
      <w:r w:rsidR="000D3930" w:rsidRPr="00F64719">
        <w:rPr>
          <w:rFonts w:ascii="Arial" w:eastAsia="Arial" w:hAnsi="Arial" w:cs="Arial"/>
          <w:sz w:val="24"/>
          <w:szCs w:val="24"/>
        </w:rPr>
        <w:t>;</w:t>
      </w:r>
    </w:p>
    <w:p w14:paraId="2737731D" w14:textId="24C81458" w:rsidR="000D3930" w:rsidRPr="00F64719" w:rsidRDefault="000D3930" w:rsidP="00F64719">
      <w:pPr>
        <w:pStyle w:val="ListParagraph"/>
        <w:numPr>
          <w:ilvl w:val="0"/>
          <w:numId w:val="57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Bira se javnim glasanjem većinom od prisutnih delegata Skupštine.</w:t>
      </w:r>
    </w:p>
    <w:p w14:paraId="48973E06" w14:textId="4C79D28C" w:rsidR="002A1140" w:rsidRPr="00F64719" w:rsidRDefault="00175836" w:rsidP="00F64719">
      <w:pPr>
        <w:pStyle w:val="ListParagraph"/>
        <w:numPr>
          <w:ilvl w:val="0"/>
          <w:numId w:val="57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Predsjednik rukovodi organizacijom u saradnji sa ostalim izabranim tijelima, zastupa organizaciju u zemlji i inostranstvu, promovira ciljeve organi</w:t>
      </w:r>
      <w:r w:rsidR="002A1140" w:rsidRPr="00F64719">
        <w:rPr>
          <w:rFonts w:ascii="Arial" w:eastAsia="Arial" w:hAnsi="Arial" w:cs="Arial"/>
          <w:sz w:val="24"/>
          <w:szCs w:val="24"/>
        </w:rPr>
        <w:t>zacije i komunicira sa javnošću, te v</w:t>
      </w:r>
      <w:r w:rsidR="00466D4C" w:rsidRPr="00F64719">
        <w:rPr>
          <w:rFonts w:ascii="Arial" w:eastAsia="Arial" w:hAnsi="Arial" w:cs="Arial"/>
          <w:sz w:val="24"/>
          <w:szCs w:val="24"/>
        </w:rPr>
        <w:t>rši i druge poslove u interesu S</w:t>
      </w:r>
      <w:r w:rsidR="002A1140" w:rsidRPr="00F64719">
        <w:rPr>
          <w:rFonts w:ascii="Arial" w:eastAsia="Arial" w:hAnsi="Arial" w:cs="Arial"/>
          <w:sz w:val="24"/>
          <w:szCs w:val="24"/>
        </w:rPr>
        <w:t>tranke i izvršava poslove koje mu povjeri Skupština, Senat i Izvršni odbor.</w:t>
      </w:r>
    </w:p>
    <w:p w14:paraId="43733E33" w14:textId="03D5AA0B" w:rsidR="008072C4" w:rsidRDefault="002A1140" w:rsidP="00F64719">
      <w:pPr>
        <w:pStyle w:val="ListParagraph"/>
        <w:numPr>
          <w:ilvl w:val="0"/>
          <w:numId w:val="57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M</w:t>
      </w:r>
      <w:r w:rsidR="00175836" w:rsidRPr="00F64719">
        <w:rPr>
          <w:rFonts w:ascii="Arial" w:eastAsia="Arial" w:hAnsi="Arial" w:cs="Arial"/>
          <w:sz w:val="24"/>
          <w:szCs w:val="24"/>
        </w:rPr>
        <w:t>andat Predsjednika traje 4 godine i može se obnoviti i naredne 4 godine</w:t>
      </w:r>
      <w:r w:rsidR="00A7085A" w:rsidRPr="00F64719">
        <w:rPr>
          <w:rFonts w:ascii="Arial" w:eastAsia="Arial" w:hAnsi="Arial" w:cs="Arial"/>
          <w:sz w:val="24"/>
          <w:szCs w:val="24"/>
        </w:rPr>
        <w:t xml:space="preserve"> na izbornoj Skupštini</w:t>
      </w:r>
      <w:r w:rsidR="00175836" w:rsidRPr="00F64719">
        <w:rPr>
          <w:rFonts w:ascii="Arial" w:eastAsia="Arial" w:hAnsi="Arial" w:cs="Arial"/>
          <w:sz w:val="24"/>
          <w:szCs w:val="24"/>
        </w:rPr>
        <w:t>.</w:t>
      </w:r>
    </w:p>
    <w:p w14:paraId="419434D6" w14:textId="77777777" w:rsidR="00E30262" w:rsidRPr="00F64719" w:rsidRDefault="00E30262" w:rsidP="00E30262">
      <w:pPr>
        <w:pStyle w:val="ListParagraph"/>
        <w:jc w:val="both"/>
        <w:rPr>
          <w:rFonts w:ascii="Arial" w:eastAsia="Arial" w:hAnsi="Arial" w:cs="Arial"/>
          <w:sz w:val="24"/>
          <w:szCs w:val="24"/>
        </w:rPr>
      </w:pPr>
    </w:p>
    <w:p w14:paraId="2DB19183" w14:textId="65E2AD94" w:rsidR="002A1140" w:rsidRPr="00E30262" w:rsidRDefault="00402FC6" w:rsidP="00E30262">
      <w:pPr>
        <w:pStyle w:val="ListParagraph"/>
        <w:numPr>
          <w:ilvl w:val="0"/>
          <w:numId w:val="61"/>
        </w:numPr>
        <w:rPr>
          <w:rFonts w:ascii="Arial" w:eastAsia="Arial" w:hAnsi="Arial" w:cs="Arial"/>
          <w:b/>
          <w:sz w:val="24"/>
          <w:szCs w:val="24"/>
        </w:rPr>
      </w:pPr>
      <w:r w:rsidRPr="00E30262">
        <w:rPr>
          <w:rFonts w:ascii="Arial" w:eastAsia="Arial" w:hAnsi="Arial" w:cs="Arial"/>
          <w:b/>
          <w:sz w:val="24"/>
          <w:szCs w:val="24"/>
        </w:rPr>
        <w:t>Predsjedništvo</w:t>
      </w:r>
      <w:r w:rsidR="002A1140" w:rsidRPr="00E30262">
        <w:rPr>
          <w:rFonts w:ascii="Arial" w:eastAsia="Arial" w:hAnsi="Arial" w:cs="Arial"/>
          <w:b/>
          <w:sz w:val="24"/>
          <w:szCs w:val="24"/>
        </w:rPr>
        <w:t>:</w:t>
      </w:r>
    </w:p>
    <w:p w14:paraId="57A85308" w14:textId="5F43EEFD" w:rsidR="002A1140" w:rsidRPr="00F64719" w:rsidRDefault="00A7085A" w:rsidP="00F64719">
      <w:pPr>
        <w:pStyle w:val="ListParagraph"/>
        <w:numPr>
          <w:ilvl w:val="0"/>
          <w:numId w:val="58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Predsjednik političke organizacije predlaže </w:t>
      </w:r>
      <w:r w:rsidR="00402FC6" w:rsidRPr="00F64719">
        <w:rPr>
          <w:rFonts w:ascii="Arial" w:eastAsia="Arial" w:hAnsi="Arial" w:cs="Arial"/>
          <w:sz w:val="24"/>
          <w:szCs w:val="24"/>
        </w:rPr>
        <w:t>članove Predsjedništva političke organizacije</w:t>
      </w:r>
      <w:r w:rsidRPr="00F64719">
        <w:rPr>
          <w:rFonts w:ascii="Arial" w:eastAsia="Arial" w:hAnsi="Arial" w:cs="Arial"/>
          <w:sz w:val="24"/>
          <w:szCs w:val="24"/>
        </w:rPr>
        <w:t>, koji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pomaž</w:t>
      </w:r>
      <w:r w:rsidR="00402FC6" w:rsidRPr="00F64719">
        <w:rPr>
          <w:rFonts w:ascii="Arial" w:eastAsia="Arial" w:hAnsi="Arial" w:cs="Arial"/>
          <w:sz w:val="24"/>
          <w:szCs w:val="24"/>
        </w:rPr>
        <w:t>u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Predsjedniku</w:t>
      </w:r>
      <w:r w:rsidR="00AC1779" w:rsidRPr="00F64719">
        <w:rPr>
          <w:rFonts w:ascii="Arial" w:eastAsia="Arial" w:hAnsi="Arial" w:cs="Arial"/>
          <w:sz w:val="24"/>
          <w:szCs w:val="24"/>
        </w:rPr>
        <w:t xml:space="preserve"> </w:t>
      </w:r>
      <w:r w:rsidR="00175836" w:rsidRPr="00F64719">
        <w:rPr>
          <w:rFonts w:ascii="Arial" w:eastAsia="Arial" w:hAnsi="Arial" w:cs="Arial"/>
          <w:sz w:val="24"/>
          <w:szCs w:val="24"/>
        </w:rPr>
        <w:t>u obavljanju njegovih dužnosti i drugih aktivnosti od interesa za državu i političku organizaciju</w:t>
      </w:r>
      <w:r w:rsidR="00AE3C02" w:rsidRPr="00F64719">
        <w:rPr>
          <w:rFonts w:ascii="Arial" w:eastAsia="Arial" w:hAnsi="Arial" w:cs="Arial"/>
          <w:sz w:val="24"/>
          <w:szCs w:val="24"/>
        </w:rPr>
        <w:t>;</w:t>
      </w:r>
    </w:p>
    <w:p w14:paraId="75D3D02F" w14:textId="7AB81FE3" w:rsidR="00BD2505" w:rsidRPr="00F64719" w:rsidRDefault="00BD2505" w:rsidP="00F64719">
      <w:pPr>
        <w:pStyle w:val="ListParagraph"/>
        <w:numPr>
          <w:ilvl w:val="0"/>
          <w:numId w:val="58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Broj članova </w:t>
      </w:r>
      <w:r w:rsidR="00402FC6" w:rsidRPr="00F64719">
        <w:rPr>
          <w:rFonts w:ascii="Arial" w:eastAsia="Arial" w:hAnsi="Arial" w:cs="Arial"/>
          <w:sz w:val="24"/>
          <w:szCs w:val="24"/>
        </w:rPr>
        <w:t>Predsjedništv</w:t>
      </w:r>
      <w:r w:rsidR="00AE3C02" w:rsidRPr="00F64719">
        <w:rPr>
          <w:rFonts w:ascii="Arial" w:eastAsia="Arial" w:hAnsi="Arial" w:cs="Arial"/>
          <w:sz w:val="24"/>
          <w:szCs w:val="24"/>
        </w:rPr>
        <w:t>a je minimalno 3 (tri) a može biti i više u skladu sa razvojnim programom političke organizacije;</w:t>
      </w:r>
    </w:p>
    <w:p w14:paraId="6ACF2784" w14:textId="77777777" w:rsidR="00402FC6" w:rsidRPr="00F64719" w:rsidRDefault="00402FC6" w:rsidP="00F64719">
      <w:pPr>
        <w:pStyle w:val="ListParagraph"/>
        <w:numPr>
          <w:ilvl w:val="0"/>
          <w:numId w:val="58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Predsjedništvo</w:t>
      </w:r>
      <w:r w:rsidR="00BD2505" w:rsidRPr="00F64719">
        <w:rPr>
          <w:rFonts w:ascii="Arial" w:eastAsia="Arial" w:hAnsi="Arial" w:cs="Arial"/>
          <w:sz w:val="24"/>
          <w:szCs w:val="24"/>
        </w:rPr>
        <w:t xml:space="preserve"> </w:t>
      </w:r>
      <w:r w:rsidR="00AE3C02" w:rsidRPr="00F64719">
        <w:rPr>
          <w:rFonts w:ascii="Arial" w:eastAsia="Arial" w:hAnsi="Arial" w:cs="Arial"/>
          <w:sz w:val="24"/>
          <w:szCs w:val="24"/>
        </w:rPr>
        <w:t xml:space="preserve">na prijedlog Predsjednika političke organizacije, </w:t>
      </w:r>
      <w:r w:rsidR="00BD2505" w:rsidRPr="00F64719">
        <w:rPr>
          <w:rFonts w:ascii="Arial" w:eastAsia="Arial" w:hAnsi="Arial" w:cs="Arial"/>
          <w:sz w:val="24"/>
          <w:szCs w:val="24"/>
        </w:rPr>
        <w:t>imenuje Skupština većinom glasova prisutnih delegata</w:t>
      </w:r>
      <w:r w:rsidR="00AE3C02" w:rsidRPr="00F64719">
        <w:rPr>
          <w:rFonts w:ascii="Arial" w:eastAsia="Arial" w:hAnsi="Arial" w:cs="Arial"/>
          <w:sz w:val="24"/>
          <w:szCs w:val="24"/>
        </w:rPr>
        <w:t>;</w:t>
      </w:r>
      <w:r w:rsidRPr="00F64719">
        <w:rPr>
          <w:rFonts w:ascii="Arial" w:eastAsia="Arial" w:hAnsi="Arial" w:cs="Arial"/>
          <w:sz w:val="24"/>
          <w:szCs w:val="24"/>
        </w:rPr>
        <w:t xml:space="preserve"> </w:t>
      </w:r>
    </w:p>
    <w:p w14:paraId="0B764C7A" w14:textId="625A19D7" w:rsidR="00BD2505" w:rsidRDefault="00402FC6" w:rsidP="00F64719">
      <w:pPr>
        <w:pStyle w:val="ListParagraph"/>
        <w:numPr>
          <w:ilvl w:val="0"/>
          <w:numId w:val="58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Predsjednik političke organizacije rukovodi radom Predsjedništva;</w:t>
      </w:r>
    </w:p>
    <w:p w14:paraId="3725F754" w14:textId="6C5E042E" w:rsidR="008072C4" w:rsidRDefault="002A1140" w:rsidP="00F64719">
      <w:pPr>
        <w:pStyle w:val="ListParagraph"/>
        <w:numPr>
          <w:ilvl w:val="0"/>
          <w:numId w:val="58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M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andat članova </w:t>
      </w:r>
      <w:r w:rsidR="00402FC6" w:rsidRPr="00F64719">
        <w:rPr>
          <w:rFonts w:ascii="Arial" w:eastAsia="Arial" w:hAnsi="Arial" w:cs="Arial"/>
          <w:sz w:val="24"/>
          <w:szCs w:val="24"/>
        </w:rPr>
        <w:t>Predsjedništva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traje 4 godine i može se na Skupštini obnoviti </w:t>
      </w:r>
      <w:r w:rsidR="00402FC6" w:rsidRPr="00F64719">
        <w:rPr>
          <w:rFonts w:ascii="Arial" w:eastAsia="Arial" w:hAnsi="Arial" w:cs="Arial"/>
          <w:sz w:val="24"/>
          <w:szCs w:val="24"/>
        </w:rPr>
        <w:t xml:space="preserve">za još jedan mandat u </w:t>
      </w:r>
      <w:r w:rsidR="00175836" w:rsidRPr="00F64719">
        <w:rPr>
          <w:rFonts w:ascii="Arial" w:eastAsia="Arial" w:hAnsi="Arial" w:cs="Arial"/>
          <w:sz w:val="24"/>
          <w:szCs w:val="24"/>
        </w:rPr>
        <w:t>naredne 4 godine</w:t>
      </w:r>
      <w:r w:rsidR="00AE3C02" w:rsidRPr="00F64719">
        <w:rPr>
          <w:rFonts w:ascii="Arial" w:eastAsia="Arial" w:hAnsi="Arial" w:cs="Arial"/>
          <w:sz w:val="24"/>
          <w:szCs w:val="24"/>
        </w:rPr>
        <w:t>;</w:t>
      </w:r>
    </w:p>
    <w:p w14:paraId="13638215" w14:textId="77777777" w:rsidR="00E30262" w:rsidRPr="00F64719" w:rsidRDefault="00E30262" w:rsidP="00E30262">
      <w:pPr>
        <w:pStyle w:val="ListParagraph"/>
        <w:jc w:val="both"/>
        <w:rPr>
          <w:rFonts w:ascii="Arial" w:eastAsia="Arial" w:hAnsi="Arial" w:cs="Arial"/>
          <w:sz w:val="24"/>
          <w:szCs w:val="24"/>
        </w:rPr>
      </w:pPr>
    </w:p>
    <w:p w14:paraId="2829472B" w14:textId="3E4E88FF" w:rsidR="002A1140" w:rsidRPr="00E30262" w:rsidRDefault="002A1140" w:rsidP="00E30262">
      <w:pPr>
        <w:pStyle w:val="ListParagraph"/>
        <w:numPr>
          <w:ilvl w:val="0"/>
          <w:numId w:val="61"/>
        </w:numPr>
        <w:jc w:val="both"/>
        <w:rPr>
          <w:rFonts w:ascii="Arial" w:eastAsia="Arial" w:hAnsi="Arial" w:cs="Arial"/>
          <w:b/>
          <w:sz w:val="24"/>
          <w:szCs w:val="24"/>
        </w:rPr>
      </w:pPr>
      <w:r w:rsidRPr="00E30262">
        <w:rPr>
          <w:rFonts w:ascii="Arial" w:eastAsia="Arial" w:hAnsi="Arial" w:cs="Arial"/>
          <w:b/>
          <w:sz w:val="24"/>
          <w:szCs w:val="24"/>
        </w:rPr>
        <w:t>Generalni sekretar:</w:t>
      </w:r>
    </w:p>
    <w:p w14:paraId="29CCA23C" w14:textId="3FCF6D64" w:rsidR="002A1140" w:rsidRPr="00F64719" w:rsidRDefault="00402FC6" w:rsidP="00F64719">
      <w:pPr>
        <w:pStyle w:val="ListParagraph"/>
        <w:numPr>
          <w:ilvl w:val="0"/>
          <w:numId w:val="59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Predsjednik političke organizacije predlaže </w:t>
      </w:r>
      <w:r w:rsidR="00175836" w:rsidRPr="00F64719">
        <w:rPr>
          <w:rFonts w:ascii="Arial" w:eastAsia="Arial" w:hAnsi="Arial" w:cs="Arial"/>
          <w:sz w:val="24"/>
          <w:szCs w:val="24"/>
        </w:rPr>
        <w:t>Generaln</w:t>
      </w:r>
      <w:r w:rsidRPr="00F64719">
        <w:rPr>
          <w:rFonts w:ascii="Arial" w:eastAsia="Arial" w:hAnsi="Arial" w:cs="Arial"/>
          <w:sz w:val="24"/>
          <w:szCs w:val="24"/>
        </w:rPr>
        <w:t>og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sekretar</w:t>
      </w:r>
      <w:r w:rsidRPr="00F64719">
        <w:rPr>
          <w:rFonts w:ascii="Arial" w:eastAsia="Arial" w:hAnsi="Arial" w:cs="Arial"/>
          <w:sz w:val="24"/>
          <w:szCs w:val="24"/>
        </w:rPr>
        <w:t>a koji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vrši administrativno-upravno-pravne poslove</w:t>
      </w:r>
      <w:r w:rsidR="00BD2505" w:rsidRPr="00F64719">
        <w:rPr>
          <w:rFonts w:ascii="Arial" w:eastAsia="Arial" w:hAnsi="Arial" w:cs="Arial"/>
          <w:sz w:val="24"/>
          <w:szCs w:val="24"/>
        </w:rPr>
        <w:t xml:space="preserve"> i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pomaž</w:t>
      </w:r>
      <w:r w:rsidRPr="00F64719">
        <w:rPr>
          <w:rFonts w:ascii="Arial" w:eastAsia="Arial" w:hAnsi="Arial" w:cs="Arial"/>
          <w:sz w:val="24"/>
          <w:szCs w:val="24"/>
        </w:rPr>
        <w:t>e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organima političke organizacije u izvršenju njihovih zadataka.</w:t>
      </w:r>
    </w:p>
    <w:p w14:paraId="755080EA" w14:textId="7BB4ADCE" w:rsidR="002A1140" w:rsidRPr="00F64719" w:rsidRDefault="00402FC6" w:rsidP="00F64719">
      <w:pPr>
        <w:pStyle w:val="ListParagraph"/>
        <w:numPr>
          <w:ilvl w:val="0"/>
          <w:numId w:val="59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Za svoj rad je odgovoran </w:t>
      </w:r>
      <w:r w:rsidR="002A1140" w:rsidRPr="00F64719">
        <w:rPr>
          <w:rFonts w:ascii="Arial" w:eastAsia="Arial" w:hAnsi="Arial" w:cs="Arial"/>
          <w:sz w:val="24"/>
          <w:szCs w:val="24"/>
        </w:rPr>
        <w:t>P</w:t>
      </w:r>
      <w:r w:rsidR="00175836" w:rsidRPr="00F64719">
        <w:rPr>
          <w:rFonts w:ascii="Arial" w:eastAsia="Arial" w:hAnsi="Arial" w:cs="Arial"/>
          <w:sz w:val="24"/>
          <w:szCs w:val="24"/>
        </w:rPr>
        <w:t>redsjednik</w:t>
      </w:r>
      <w:r w:rsidRPr="00F64719">
        <w:rPr>
          <w:rFonts w:ascii="Arial" w:eastAsia="Arial" w:hAnsi="Arial" w:cs="Arial"/>
          <w:sz w:val="24"/>
          <w:szCs w:val="24"/>
        </w:rPr>
        <w:t>u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</w:t>
      </w:r>
      <w:r w:rsidRPr="00F64719">
        <w:rPr>
          <w:rFonts w:ascii="Arial" w:eastAsia="Arial" w:hAnsi="Arial" w:cs="Arial"/>
          <w:sz w:val="24"/>
          <w:szCs w:val="24"/>
        </w:rPr>
        <w:t xml:space="preserve">političke organizacije, koji mu </w:t>
      </w:r>
      <w:r w:rsidR="00175836" w:rsidRPr="00F64719">
        <w:rPr>
          <w:rFonts w:ascii="Arial" w:eastAsia="Arial" w:hAnsi="Arial" w:cs="Arial"/>
          <w:sz w:val="24"/>
          <w:szCs w:val="24"/>
        </w:rPr>
        <w:t>može dodjeljivati i druge poslove i zadatke iz domena svoje nadležnosti prema potrebama.</w:t>
      </w:r>
    </w:p>
    <w:p w14:paraId="2DEB2C9C" w14:textId="65D6DA8B" w:rsidR="00BD2505" w:rsidRDefault="00BD2505" w:rsidP="00F64719">
      <w:pPr>
        <w:pStyle w:val="ListParagraph"/>
        <w:numPr>
          <w:ilvl w:val="0"/>
          <w:numId w:val="59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Generalni sekretar </w:t>
      </w:r>
      <w:r w:rsidR="00402FC6" w:rsidRPr="00F64719">
        <w:rPr>
          <w:rFonts w:ascii="Arial" w:eastAsia="Arial" w:hAnsi="Arial" w:cs="Arial"/>
          <w:sz w:val="24"/>
          <w:szCs w:val="24"/>
        </w:rPr>
        <w:t>se bira</w:t>
      </w:r>
      <w:r w:rsidRPr="00F64719">
        <w:rPr>
          <w:rFonts w:ascii="Arial" w:eastAsia="Arial" w:hAnsi="Arial" w:cs="Arial"/>
          <w:sz w:val="24"/>
          <w:szCs w:val="24"/>
        </w:rPr>
        <w:t xml:space="preserve"> ve</w:t>
      </w:r>
      <w:r w:rsidR="00402FC6" w:rsidRPr="00F64719">
        <w:rPr>
          <w:rFonts w:ascii="Arial" w:eastAsia="Arial" w:hAnsi="Arial" w:cs="Arial"/>
          <w:sz w:val="24"/>
          <w:szCs w:val="24"/>
        </w:rPr>
        <w:t>ć</w:t>
      </w:r>
      <w:r w:rsidRPr="00F64719">
        <w:rPr>
          <w:rFonts w:ascii="Arial" w:eastAsia="Arial" w:hAnsi="Arial" w:cs="Arial"/>
          <w:sz w:val="24"/>
          <w:szCs w:val="24"/>
        </w:rPr>
        <w:t>in</w:t>
      </w:r>
      <w:r w:rsidR="00402FC6" w:rsidRPr="00F64719">
        <w:rPr>
          <w:rFonts w:ascii="Arial" w:eastAsia="Arial" w:hAnsi="Arial" w:cs="Arial"/>
          <w:sz w:val="24"/>
          <w:szCs w:val="24"/>
        </w:rPr>
        <w:t>om</w:t>
      </w:r>
      <w:r w:rsidRPr="00F64719">
        <w:rPr>
          <w:rFonts w:ascii="Arial" w:eastAsia="Arial" w:hAnsi="Arial" w:cs="Arial"/>
          <w:sz w:val="24"/>
          <w:szCs w:val="24"/>
        </w:rPr>
        <w:t xml:space="preserve"> </w:t>
      </w:r>
      <w:r w:rsidR="00402FC6" w:rsidRPr="00F64719">
        <w:rPr>
          <w:rFonts w:ascii="Arial" w:eastAsia="Arial" w:hAnsi="Arial" w:cs="Arial"/>
          <w:sz w:val="24"/>
          <w:szCs w:val="24"/>
        </w:rPr>
        <w:t xml:space="preserve">glasova </w:t>
      </w:r>
      <w:r w:rsidRPr="00F64719">
        <w:rPr>
          <w:rFonts w:ascii="Arial" w:eastAsia="Arial" w:hAnsi="Arial" w:cs="Arial"/>
          <w:sz w:val="24"/>
          <w:szCs w:val="24"/>
        </w:rPr>
        <w:t xml:space="preserve">prisutnih </w:t>
      </w:r>
      <w:r w:rsidR="00E30262">
        <w:rPr>
          <w:rFonts w:ascii="Arial" w:eastAsia="Arial" w:hAnsi="Arial" w:cs="Arial"/>
          <w:sz w:val="24"/>
          <w:szCs w:val="24"/>
        </w:rPr>
        <w:t xml:space="preserve">skupštinskih </w:t>
      </w:r>
      <w:r w:rsidRPr="00F64719">
        <w:rPr>
          <w:rFonts w:ascii="Arial" w:eastAsia="Arial" w:hAnsi="Arial" w:cs="Arial"/>
          <w:sz w:val="24"/>
          <w:szCs w:val="24"/>
        </w:rPr>
        <w:t>delegata</w:t>
      </w:r>
      <w:r w:rsidR="00402FC6" w:rsidRPr="00F64719">
        <w:rPr>
          <w:rFonts w:ascii="Arial" w:eastAsia="Arial" w:hAnsi="Arial" w:cs="Arial"/>
          <w:sz w:val="24"/>
          <w:szCs w:val="24"/>
        </w:rPr>
        <w:t>;</w:t>
      </w:r>
    </w:p>
    <w:p w14:paraId="016AA06A" w14:textId="267D2C62" w:rsidR="00E30262" w:rsidRPr="00F64719" w:rsidRDefault="00E30262" w:rsidP="00F64719">
      <w:pPr>
        <w:pStyle w:val="ListParagraph"/>
        <w:numPr>
          <w:ilvl w:val="0"/>
          <w:numId w:val="59"/>
        </w:num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Generalni sekretar može biti </w:t>
      </w:r>
      <w:r w:rsidR="00AE0238">
        <w:rPr>
          <w:rFonts w:ascii="Arial" w:eastAsia="Arial" w:hAnsi="Arial" w:cs="Arial"/>
          <w:sz w:val="24"/>
          <w:szCs w:val="24"/>
        </w:rPr>
        <w:t>biran</w:t>
      </w:r>
      <w:r>
        <w:rPr>
          <w:rFonts w:ascii="Arial" w:eastAsia="Arial" w:hAnsi="Arial" w:cs="Arial"/>
          <w:sz w:val="24"/>
          <w:szCs w:val="24"/>
        </w:rPr>
        <w:t xml:space="preserve"> i iz reda članova Predsjedništva</w:t>
      </w:r>
      <w:r w:rsidR="00AE0238">
        <w:rPr>
          <w:rFonts w:ascii="Arial" w:eastAsia="Arial" w:hAnsi="Arial" w:cs="Arial"/>
          <w:sz w:val="24"/>
          <w:szCs w:val="24"/>
        </w:rPr>
        <w:t>.</w:t>
      </w:r>
    </w:p>
    <w:p w14:paraId="523DD669" w14:textId="77777777" w:rsidR="00E30262" w:rsidRDefault="002A1140" w:rsidP="00BC0231">
      <w:pPr>
        <w:pStyle w:val="ListParagraph"/>
        <w:numPr>
          <w:ilvl w:val="0"/>
          <w:numId w:val="59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>M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andat generalnog sekretara traje 4 godine </w:t>
      </w:r>
      <w:r w:rsidR="00402FC6" w:rsidRPr="00F64719">
        <w:rPr>
          <w:rFonts w:ascii="Arial" w:eastAsia="Arial" w:hAnsi="Arial" w:cs="Arial"/>
          <w:sz w:val="24"/>
          <w:szCs w:val="24"/>
        </w:rPr>
        <w:t>i može se na Skupštini obnoviti za još jedan mandat u naredne 4 godine;</w:t>
      </w:r>
    </w:p>
    <w:p w14:paraId="770FEBF0" w14:textId="77777777" w:rsidR="00E30262" w:rsidRDefault="00E30262" w:rsidP="00E30262">
      <w:pPr>
        <w:pStyle w:val="ListParagraph"/>
        <w:jc w:val="both"/>
        <w:rPr>
          <w:rFonts w:ascii="Arial" w:eastAsia="Arial" w:hAnsi="Arial" w:cs="Arial"/>
          <w:sz w:val="24"/>
          <w:szCs w:val="24"/>
        </w:rPr>
      </w:pPr>
    </w:p>
    <w:p w14:paraId="7057121C" w14:textId="5C11A671" w:rsidR="002A1140" w:rsidRPr="00E30262" w:rsidRDefault="00E30262" w:rsidP="00E30262">
      <w:pPr>
        <w:pStyle w:val="ListParagraph"/>
        <w:numPr>
          <w:ilvl w:val="0"/>
          <w:numId w:val="61"/>
        </w:numPr>
        <w:jc w:val="both"/>
        <w:rPr>
          <w:rFonts w:ascii="Arial" w:eastAsia="Arial" w:hAnsi="Arial" w:cs="Arial"/>
          <w:sz w:val="24"/>
          <w:szCs w:val="24"/>
        </w:rPr>
      </w:pPr>
      <w:r w:rsidRPr="00E30262">
        <w:rPr>
          <w:rFonts w:ascii="Arial" w:eastAsia="Arial" w:hAnsi="Arial" w:cs="Arial"/>
          <w:b/>
          <w:sz w:val="24"/>
          <w:szCs w:val="24"/>
        </w:rPr>
        <w:t>Forum</w:t>
      </w:r>
      <w:r w:rsidR="002A1140" w:rsidRPr="00E30262">
        <w:rPr>
          <w:rFonts w:ascii="Arial" w:eastAsia="Arial" w:hAnsi="Arial" w:cs="Arial"/>
          <w:b/>
          <w:sz w:val="24"/>
          <w:szCs w:val="24"/>
        </w:rPr>
        <w:t xml:space="preserve"> mladih:</w:t>
      </w:r>
    </w:p>
    <w:p w14:paraId="2FF92F1A" w14:textId="77777777" w:rsidR="00E30262" w:rsidRDefault="00E30262" w:rsidP="00F64719">
      <w:pPr>
        <w:pStyle w:val="ListParagraph"/>
        <w:numPr>
          <w:ilvl w:val="0"/>
          <w:numId w:val="60"/>
        </w:num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Forum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mladih okuplja simpatizere i aktivne članove starosti od 18 do 30 godina među kojima bira </w:t>
      </w:r>
      <w:r>
        <w:rPr>
          <w:rFonts w:ascii="Arial" w:eastAsia="Arial" w:hAnsi="Arial" w:cs="Arial"/>
          <w:sz w:val="24"/>
          <w:szCs w:val="24"/>
        </w:rPr>
        <w:t>svoje rukovodstvo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, </w:t>
      </w:r>
    </w:p>
    <w:p w14:paraId="043AAFB8" w14:textId="684D74EA" w:rsidR="002A1140" w:rsidRDefault="00E30262" w:rsidP="00F64719">
      <w:pPr>
        <w:pStyle w:val="ListParagraph"/>
        <w:numPr>
          <w:ilvl w:val="0"/>
          <w:numId w:val="60"/>
        </w:num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Forum mladih 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pomažu </w:t>
      </w:r>
      <w:r>
        <w:rPr>
          <w:rFonts w:ascii="Arial" w:eastAsia="Arial" w:hAnsi="Arial" w:cs="Arial"/>
          <w:sz w:val="24"/>
          <w:szCs w:val="24"/>
        </w:rPr>
        <w:t>Predsjedništvu političke organizacije</w:t>
      </w:r>
      <w:r w:rsidR="00175836" w:rsidRPr="00F64719">
        <w:rPr>
          <w:rFonts w:ascii="Arial" w:eastAsia="Arial" w:hAnsi="Arial" w:cs="Arial"/>
          <w:sz w:val="24"/>
          <w:szCs w:val="24"/>
        </w:rPr>
        <w:t xml:space="preserve"> u obavljanju programskih ciljeva. </w:t>
      </w:r>
    </w:p>
    <w:p w14:paraId="384F664C" w14:textId="7996B374" w:rsidR="00E30262" w:rsidRPr="00F64719" w:rsidRDefault="00E30262" w:rsidP="00F64719">
      <w:pPr>
        <w:pStyle w:val="ListParagraph"/>
        <w:numPr>
          <w:ilvl w:val="0"/>
          <w:numId w:val="60"/>
        </w:num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Skupština iz svog članstva imenuje predstavnika koji će uspostaviti Forum mladih i koordinirati njegov rad</w:t>
      </w:r>
    </w:p>
    <w:p w14:paraId="3FF10EC0" w14:textId="39DF16E7" w:rsidR="00402FC6" w:rsidRPr="00F64719" w:rsidRDefault="00175836" w:rsidP="00F64719">
      <w:pPr>
        <w:pStyle w:val="ListParagraph"/>
        <w:numPr>
          <w:ilvl w:val="0"/>
          <w:numId w:val="60"/>
        </w:numPr>
        <w:jc w:val="both"/>
        <w:rPr>
          <w:rFonts w:ascii="Arial" w:eastAsia="Arial" w:hAnsi="Arial" w:cs="Arial"/>
          <w:sz w:val="24"/>
          <w:szCs w:val="24"/>
        </w:rPr>
      </w:pPr>
      <w:r w:rsidRPr="00F64719">
        <w:rPr>
          <w:rFonts w:ascii="Arial" w:eastAsia="Arial" w:hAnsi="Arial" w:cs="Arial"/>
          <w:sz w:val="24"/>
          <w:szCs w:val="24"/>
        </w:rPr>
        <w:t xml:space="preserve">Mandat </w:t>
      </w:r>
      <w:r w:rsidR="00E30262">
        <w:rPr>
          <w:rFonts w:ascii="Arial" w:eastAsia="Arial" w:hAnsi="Arial" w:cs="Arial"/>
          <w:sz w:val="24"/>
          <w:szCs w:val="24"/>
        </w:rPr>
        <w:t>predstavnika Foruma</w:t>
      </w:r>
      <w:r w:rsidRPr="00F64719">
        <w:rPr>
          <w:rFonts w:ascii="Arial" w:eastAsia="Arial" w:hAnsi="Arial" w:cs="Arial"/>
          <w:sz w:val="24"/>
          <w:szCs w:val="24"/>
        </w:rPr>
        <w:t xml:space="preserve"> mladih traje 4 godine </w:t>
      </w:r>
      <w:r w:rsidR="00402FC6" w:rsidRPr="00F64719">
        <w:rPr>
          <w:rFonts w:ascii="Arial" w:eastAsia="Arial" w:hAnsi="Arial" w:cs="Arial"/>
          <w:sz w:val="24"/>
          <w:szCs w:val="24"/>
        </w:rPr>
        <w:t>i može se na Skupštini obnoviti za još jedan mandat u naredne 4 godine;</w:t>
      </w:r>
    </w:p>
    <w:p w14:paraId="60F03E27" w14:textId="1DCFAC3A" w:rsidR="008072C4" w:rsidRPr="00055CCD" w:rsidRDefault="008072C4" w:rsidP="00402FC6">
      <w:pPr>
        <w:jc w:val="both"/>
        <w:rPr>
          <w:rFonts w:ascii="Arial" w:eastAsia="Arial" w:hAnsi="Arial" w:cs="Arial"/>
          <w:sz w:val="24"/>
          <w:szCs w:val="24"/>
        </w:rPr>
      </w:pPr>
    </w:p>
    <w:p w14:paraId="04D1D8D3" w14:textId="77777777" w:rsidR="002A1140" w:rsidRPr="00055CCD" w:rsidRDefault="002A1140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VI ZASTUPANJE I PREDSTAVLJANJE</w:t>
      </w:r>
    </w:p>
    <w:p w14:paraId="779ED488" w14:textId="709B9172" w:rsidR="002A1140" w:rsidRPr="00055CCD" w:rsidRDefault="002A1140" w:rsidP="00BD2505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Član 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5</w:t>
      </w:r>
      <w:r w:rsidR="00501CC8"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77258E4E" w14:textId="32DE68A2" w:rsidR="008072C4" w:rsidRPr="00055CCD" w:rsidRDefault="00175836" w:rsidP="00BD2505">
      <w:pPr>
        <w:jc w:val="both"/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Političku organizaciju „Republikanci</w:t>
      </w:r>
      <w:r w:rsidR="002A1140" w:rsidRPr="00055CCD">
        <w:rPr>
          <w:rFonts w:ascii="Arial" w:eastAsia="Arial" w:hAnsi="Arial" w:cs="Arial"/>
          <w:sz w:val="24"/>
          <w:szCs w:val="24"/>
        </w:rPr>
        <w:t xml:space="preserve"> BiH“</w:t>
      </w:r>
      <w:r w:rsidRPr="00055CCD">
        <w:rPr>
          <w:rFonts w:ascii="Arial" w:eastAsia="Arial" w:hAnsi="Arial" w:cs="Arial"/>
          <w:sz w:val="24"/>
          <w:szCs w:val="24"/>
        </w:rPr>
        <w:t xml:space="preserve"> zastupa i predstavlja Predsjednik, koji može ovlastiti i </w:t>
      </w:r>
      <w:r w:rsidR="00822076">
        <w:rPr>
          <w:rFonts w:ascii="Arial" w:eastAsia="Arial" w:hAnsi="Arial" w:cs="Arial"/>
          <w:sz w:val="24"/>
          <w:szCs w:val="24"/>
        </w:rPr>
        <w:t>drug</w:t>
      </w:r>
      <w:r w:rsidR="00E30262">
        <w:rPr>
          <w:rFonts w:ascii="Arial" w:eastAsia="Arial" w:hAnsi="Arial" w:cs="Arial"/>
          <w:sz w:val="24"/>
          <w:szCs w:val="24"/>
        </w:rPr>
        <w:t>e</w:t>
      </w:r>
      <w:r w:rsidR="00822076">
        <w:rPr>
          <w:rFonts w:ascii="Arial" w:eastAsia="Arial" w:hAnsi="Arial" w:cs="Arial"/>
          <w:sz w:val="24"/>
          <w:szCs w:val="24"/>
        </w:rPr>
        <w:t xml:space="preserve"> član</w:t>
      </w:r>
      <w:r w:rsidR="00E30262">
        <w:rPr>
          <w:rFonts w:ascii="Arial" w:eastAsia="Arial" w:hAnsi="Arial" w:cs="Arial"/>
          <w:sz w:val="24"/>
          <w:szCs w:val="24"/>
        </w:rPr>
        <w:t>ove</w:t>
      </w:r>
      <w:r w:rsidR="00822076">
        <w:rPr>
          <w:rFonts w:ascii="Arial" w:eastAsia="Arial" w:hAnsi="Arial" w:cs="Arial"/>
          <w:sz w:val="24"/>
          <w:szCs w:val="24"/>
        </w:rPr>
        <w:t xml:space="preserve"> Predsjedništva</w:t>
      </w:r>
      <w:r w:rsidRPr="00055CCD">
        <w:rPr>
          <w:rFonts w:ascii="Arial" w:eastAsia="Arial" w:hAnsi="Arial" w:cs="Arial"/>
          <w:sz w:val="24"/>
          <w:szCs w:val="24"/>
        </w:rPr>
        <w:t xml:space="preserve"> da u njegovom odsustvu zastupa</w:t>
      </w:r>
      <w:r w:rsidR="00E30262">
        <w:rPr>
          <w:rFonts w:ascii="Arial" w:eastAsia="Arial" w:hAnsi="Arial" w:cs="Arial"/>
          <w:sz w:val="24"/>
          <w:szCs w:val="24"/>
        </w:rPr>
        <w:t>ju</w:t>
      </w:r>
      <w:r w:rsidRPr="00055CCD">
        <w:rPr>
          <w:rFonts w:ascii="Arial" w:eastAsia="Arial" w:hAnsi="Arial" w:cs="Arial"/>
          <w:sz w:val="24"/>
          <w:szCs w:val="24"/>
        </w:rPr>
        <w:t xml:space="preserve"> </w:t>
      </w:r>
      <w:r w:rsidR="00822076">
        <w:rPr>
          <w:rFonts w:ascii="Arial" w:eastAsia="Arial" w:hAnsi="Arial" w:cs="Arial"/>
          <w:sz w:val="24"/>
          <w:szCs w:val="24"/>
        </w:rPr>
        <w:t>političku organizaciju</w:t>
      </w:r>
      <w:r w:rsidRPr="00055CCD">
        <w:rPr>
          <w:rFonts w:ascii="Arial" w:eastAsia="Arial" w:hAnsi="Arial" w:cs="Arial"/>
          <w:sz w:val="24"/>
          <w:szCs w:val="24"/>
        </w:rPr>
        <w:t xml:space="preserve">. Ukoliko je Predsjednik </w:t>
      </w:r>
      <w:r w:rsidR="00822076">
        <w:rPr>
          <w:rFonts w:ascii="Arial" w:eastAsia="Arial" w:hAnsi="Arial" w:cs="Arial"/>
          <w:sz w:val="24"/>
          <w:szCs w:val="24"/>
        </w:rPr>
        <w:t>političke organizacije</w:t>
      </w:r>
      <w:r w:rsidRPr="00055CCD">
        <w:rPr>
          <w:rFonts w:ascii="Arial" w:eastAsia="Arial" w:hAnsi="Arial" w:cs="Arial"/>
          <w:sz w:val="24"/>
          <w:szCs w:val="24"/>
        </w:rPr>
        <w:t xml:space="preserve"> trajno onemogućen onda zastupanje i predstavljanje preuzima Predsjedavajući Skupštine do izbora novog rukovodstva, a najviše 90 dana, </w:t>
      </w:r>
      <w:r w:rsidR="00822076">
        <w:rPr>
          <w:rFonts w:ascii="Arial" w:eastAsia="Arial" w:hAnsi="Arial" w:cs="Arial"/>
          <w:sz w:val="24"/>
          <w:szCs w:val="24"/>
        </w:rPr>
        <w:t>ili</w:t>
      </w:r>
      <w:r w:rsidRPr="00055CCD">
        <w:rPr>
          <w:rFonts w:ascii="Arial" w:eastAsia="Arial" w:hAnsi="Arial" w:cs="Arial"/>
          <w:sz w:val="24"/>
          <w:szCs w:val="24"/>
        </w:rPr>
        <w:t xml:space="preserve"> do izborne </w:t>
      </w:r>
      <w:r w:rsidR="00822076">
        <w:rPr>
          <w:rFonts w:ascii="Arial" w:eastAsia="Arial" w:hAnsi="Arial" w:cs="Arial"/>
          <w:sz w:val="24"/>
          <w:szCs w:val="24"/>
        </w:rPr>
        <w:t>s</w:t>
      </w:r>
      <w:r w:rsidRPr="00055CCD">
        <w:rPr>
          <w:rFonts w:ascii="Arial" w:eastAsia="Arial" w:hAnsi="Arial" w:cs="Arial"/>
          <w:sz w:val="24"/>
          <w:szCs w:val="24"/>
        </w:rPr>
        <w:t>kupštine.</w:t>
      </w:r>
    </w:p>
    <w:p w14:paraId="3D36FA96" w14:textId="77777777" w:rsidR="00AC1779" w:rsidRDefault="00AC1779" w:rsidP="00BD2505">
      <w:pPr>
        <w:jc w:val="center"/>
        <w:rPr>
          <w:rFonts w:ascii="Arial" w:eastAsia="Arial" w:hAnsi="Arial" w:cs="Arial"/>
          <w:b/>
          <w:sz w:val="24"/>
          <w:szCs w:val="24"/>
        </w:rPr>
      </w:pPr>
    </w:p>
    <w:p w14:paraId="6817B75F" w14:textId="55190DE5" w:rsidR="00501CC8" w:rsidRPr="00055CCD" w:rsidRDefault="007E5E59" w:rsidP="00BD2505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t>VII NAČIN S</w:t>
      </w:r>
      <w:r w:rsidR="00501CC8" w:rsidRPr="00055CCD">
        <w:rPr>
          <w:rFonts w:ascii="Arial" w:eastAsia="Arial" w:hAnsi="Arial" w:cs="Arial"/>
          <w:b/>
          <w:sz w:val="24"/>
          <w:szCs w:val="24"/>
        </w:rPr>
        <w:t>TICANJA, KORIŠTENJA I RASPOLAGANJA SREDSTVIMA</w:t>
      </w:r>
    </w:p>
    <w:p w14:paraId="29ABCA28" w14:textId="5AC1AE6D" w:rsidR="00501CC8" w:rsidRPr="00055CCD" w:rsidRDefault="00175836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Član 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6</w:t>
      </w:r>
      <w:r w:rsidR="00501CC8"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290EE4D1" w14:textId="2A381AD8" w:rsidR="00501CC8" w:rsidRPr="00055CCD" w:rsidRDefault="00822076" w:rsidP="001064FC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Cs/>
          <w:sz w:val="24"/>
          <w:szCs w:val="24"/>
        </w:rPr>
        <w:t>Politička organizacija</w:t>
      </w:r>
      <w:r w:rsidR="00501CC8" w:rsidRPr="00055CCD">
        <w:rPr>
          <w:rFonts w:ascii="Arial" w:eastAsia="Arial" w:hAnsi="Arial" w:cs="Arial"/>
          <w:bCs/>
          <w:sz w:val="24"/>
          <w:szCs w:val="24"/>
        </w:rPr>
        <w:t xml:space="preserve"> se finansira iz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 članarina,</w:t>
      </w:r>
      <w:r w:rsidR="00501CC8" w:rsidRPr="00055CCD">
        <w:rPr>
          <w:rFonts w:ascii="Arial" w:eastAsia="Arial" w:hAnsi="Arial" w:cs="Arial"/>
          <w:sz w:val="24"/>
          <w:szCs w:val="24"/>
        </w:rPr>
        <w:t xml:space="preserve"> priloga i budžetskih sredstava, te prihoda od imovine i drugih izvora finansiranja u skladu sa </w:t>
      </w:r>
      <w:r>
        <w:rPr>
          <w:rFonts w:ascii="Arial" w:eastAsia="Arial" w:hAnsi="Arial" w:cs="Arial"/>
          <w:sz w:val="24"/>
          <w:szCs w:val="24"/>
        </w:rPr>
        <w:t>važećim Z</w:t>
      </w:r>
      <w:r w:rsidR="00501CC8" w:rsidRPr="00055CCD">
        <w:rPr>
          <w:rFonts w:ascii="Arial" w:eastAsia="Arial" w:hAnsi="Arial" w:cs="Arial"/>
          <w:sz w:val="24"/>
          <w:szCs w:val="24"/>
        </w:rPr>
        <w:t>akonom</w:t>
      </w:r>
      <w:r w:rsidRPr="00822076">
        <w:rPr>
          <w:rFonts w:ascii="Arial" w:eastAsia="Arial" w:hAnsi="Arial" w:cs="Arial"/>
          <w:sz w:val="24"/>
          <w:szCs w:val="24"/>
        </w:rPr>
        <w:t xml:space="preserve"> </w:t>
      </w:r>
      <w:r w:rsidRPr="00055CCD">
        <w:rPr>
          <w:rFonts w:ascii="Arial" w:eastAsia="Arial" w:hAnsi="Arial" w:cs="Arial"/>
          <w:sz w:val="24"/>
          <w:szCs w:val="24"/>
        </w:rPr>
        <w:t xml:space="preserve">o finansiranju političkih </w:t>
      </w:r>
      <w:r>
        <w:rPr>
          <w:rFonts w:ascii="Arial" w:eastAsia="Arial" w:hAnsi="Arial" w:cs="Arial"/>
          <w:sz w:val="24"/>
          <w:szCs w:val="24"/>
        </w:rPr>
        <w:t>stranaka</w:t>
      </w:r>
      <w:r w:rsidR="00501CC8" w:rsidRPr="00055CCD">
        <w:rPr>
          <w:rFonts w:ascii="Arial" w:eastAsia="Arial" w:hAnsi="Arial" w:cs="Arial"/>
          <w:sz w:val="24"/>
          <w:szCs w:val="24"/>
        </w:rPr>
        <w:t>.</w:t>
      </w:r>
    </w:p>
    <w:p w14:paraId="33182258" w14:textId="2A3AD52A" w:rsidR="00501CC8" w:rsidRPr="00055CCD" w:rsidRDefault="00822076" w:rsidP="00822076">
      <w:pPr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Prihodi i rashodi su transparentni i javni</w:t>
      </w:r>
      <w:r>
        <w:rPr>
          <w:rFonts w:ascii="Arial" w:eastAsia="Arial" w:hAnsi="Arial" w:cs="Arial"/>
          <w:sz w:val="24"/>
          <w:szCs w:val="24"/>
        </w:rPr>
        <w:t xml:space="preserve">. </w:t>
      </w:r>
      <w:r w:rsidR="00501CC8" w:rsidRPr="00055CCD">
        <w:rPr>
          <w:rFonts w:ascii="Arial" w:eastAsia="Arial" w:hAnsi="Arial" w:cs="Arial"/>
          <w:sz w:val="24"/>
          <w:szCs w:val="24"/>
        </w:rPr>
        <w:t>S</w:t>
      </w:r>
      <w:r w:rsidR="00175836" w:rsidRPr="00055CCD">
        <w:rPr>
          <w:rFonts w:ascii="Arial" w:eastAsia="Arial" w:hAnsi="Arial" w:cs="Arial"/>
          <w:sz w:val="24"/>
          <w:szCs w:val="24"/>
        </w:rPr>
        <w:t>redstva se stiču, koriste i raspolažu u skladu sa Zakonom.</w:t>
      </w:r>
    </w:p>
    <w:p w14:paraId="5F0A003E" w14:textId="77777777" w:rsidR="00AC1779" w:rsidRDefault="00AC1779" w:rsidP="001064FC">
      <w:pPr>
        <w:jc w:val="center"/>
        <w:rPr>
          <w:rFonts w:ascii="Arial" w:eastAsia="Arial" w:hAnsi="Arial" w:cs="Arial"/>
          <w:b/>
          <w:sz w:val="24"/>
          <w:szCs w:val="24"/>
        </w:rPr>
      </w:pPr>
    </w:p>
    <w:p w14:paraId="2119C287" w14:textId="013811A8" w:rsidR="00501CC8" w:rsidRPr="00055CCD" w:rsidRDefault="00501CC8" w:rsidP="001064FC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t>VII NAČIN OBAVJEŠTAVANJA JAVNOSTI O RADU I STICANJU SREDSTAVA</w:t>
      </w:r>
    </w:p>
    <w:p w14:paraId="60A3AD78" w14:textId="5DAECF09" w:rsidR="00501CC8" w:rsidRPr="00055CCD" w:rsidRDefault="00175836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Član 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7</w:t>
      </w:r>
      <w:r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027F0D90" w14:textId="1EE840CB" w:rsidR="00501CC8" w:rsidRPr="00055CCD" w:rsidRDefault="00822076" w:rsidP="001064FC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Cs/>
          <w:sz w:val="24"/>
          <w:szCs w:val="24"/>
        </w:rPr>
        <w:t>Politička organizacija</w:t>
      </w:r>
      <w:r w:rsidR="00501CC8" w:rsidRPr="00055CCD">
        <w:rPr>
          <w:rFonts w:ascii="Arial" w:eastAsia="Arial" w:hAnsi="Arial" w:cs="Arial"/>
          <w:bCs/>
          <w:sz w:val="24"/>
          <w:szCs w:val="24"/>
        </w:rPr>
        <w:t xml:space="preserve"> </w:t>
      </w:r>
      <w:r w:rsidR="00175836" w:rsidRPr="00055CCD">
        <w:rPr>
          <w:rFonts w:ascii="Arial" w:eastAsia="Arial" w:hAnsi="Arial" w:cs="Arial"/>
          <w:sz w:val="24"/>
          <w:szCs w:val="24"/>
        </w:rPr>
        <w:t>najmanje jednom godišnje obavještava javnost o svom finansiranju putem završnih računovodstvenih izvještaja koje sačinjava neovisna računovodstvena agencija.</w:t>
      </w:r>
    </w:p>
    <w:p w14:paraId="668E7C17" w14:textId="4264A5D6" w:rsidR="008072C4" w:rsidRPr="00055CCD" w:rsidRDefault="00501CC8" w:rsidP="001064FC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R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ačunovodstveni i finansijski izvještaji se mogu podvrći i reviziji finansijskog poslovanja u skladu sa </w:t>
      </w:r>
      <w:r w:rsidR="00822076">
        <w:rPr>
          <w:rFonts w:ascii="Arial" w:eastAsia="Arial" w:hAnsi="Arial" w:cs="Arial"/>
          <w:sz w:val="24"/>
          <w:szCs w:val="24"/>
        </w:rPr>
        <w:t>Z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akonom o računovodstvu i reviziji, međunarodnim standardima i drugim pozitivnim zakonskim </w:t>
      </w:r>
      <w:r w:rsidR="00822076">
        <w:rPr>
          <w:rFonts w:ascii="Arial" w:eastAsia="Arial" w:hAnsi="Arial" w:cs="Arial"/>
          <w:sz w:val="24"/>
          <w:szCs w:val="24"/>
        </w:rPr>
        <w:t>propisima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. </w:t>
      </w:r>
    </w:p>
    <w:p w14:paraId="371904CA" w14:textId="77777777" w:rsidR="00AC1779" w:rsidRDefault="00AC1779" w:rsidP="001064FC">
      <w:pPr>
        <w:jc w:val="center"/>
        <w:rPr>
          <w:rFonts w:ascii="Arial" w:eastAsia="Arial" w:hAnsi="Arial" w:cs="Arial"/>
          <w:b/>
          <w:sz w:val="24"/>
          <w:szCs w:val="24"/>
        </w:rPr>
      </w:pPr>
    </w:p>
    <w:p w14:paraId="37069C7D" w14:textId="00076778" w:rsidR="00501CC8" w:rsidRPr="00055CCD" w:rsidRDefault="00501CC8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lastRenderedPageBreak/>
        <w:t>VIII NAČIN ODLUČIVANJA O UDRUŽIVANJU U SAVEZE I DRUGE OBLIKE UDRUŽIVANJA POLITIČKIH ORGANIZACIJA</w:t>
      </w:r>
    </w:p>
    <w:p w14:paraId="17AA7CB7" w14:textId="241C5A34" w:rsidR="008072C4" w:rsidRPr="00055CCD" w:rsidRDefault="00175836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Član 1</w:t>
      </w:r>
      <w:r w:rsidR="00D1072B">
        <w:rPr>
          <w:rFonts w:ascii="Arial" w:eastAsia="Arial" w:hAnsi="Arial" w:cs="Arial"/>
          <w:b/>
          <w:bCs/>
          <w:sz w:val="24"/>
          <w:szCs w:val="24"/>
        </w:rPr>
        <w:t>8</w:t>
      </w:r>
      <w:r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4F9AA26D" w14:textId="2A3B5B78" w:rsidR="00254E8A" w:rsidRPr="00055CCD" w:rsidRDefault="00822076" w:rsidP="00BC0231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Politička organizacija</w:t>
      </w:r>
      <w:r w:rsidR="00501CC8" w:rsidRPr="00055CCD">
        <w:rPr>
          <w:rFonts w:ascii="Arial" w:eastAsia="Arial" w:hAnsi="Arial" w:cs="Arial"/>
          <w:sz w:val="24"/>
          <w:szCs w:val="24"/>
        </w:rPr>
        <w:t xml:space="preserve"> </w:t>
      </w:r>
      <w:r w:rsidR="00254E8A" w:rsidRPr="00055CCD">
        <w:rPr>
          <w:rFonts w:ascii="Arial" w:eastAsia="Arial" w:hAnsi="Arial" w:cs="Arial"/>
          <w:sz w:val="24"/>
          <w:szCs w:val="24"/>
        </w:rPr>
        <w:t>se može u skladu sa članom 6. ovog statuta udruživati u poli</w:t>
      </w:r>
      <w:r w:rsidR="00175836" w:rsidRPr="00055CCD">
        <w:rPr>
          <w:rFonts w:ascii="Arial" w:eastAsia="Arial" w:hAnsi="Arial" w:cs="Arial"/>
          <w:sz w:val="24"/>
          <w:szCs w:val="24"/>
        </w:rPr>
        <w:t>tičke saveze i druge oblike formalnog i neformalnog poli</w:t>
      </w:r>
      <w:r w:rsidR="00254E8A" w:rsidRPr="00055CCD">
        <w:rPr>
          <w:rFonts w:ascii="Arial" w:eastAsia="Arial" w:hAnsi="Arial" w:cs="Arial"/>
          <w:sz w:val="24"/>
          <w:szCs w:val="24"/>
        </w:rPr>
        <w:t>tičkog udruživanja i djelovanja, o čemu odlučuje Skupština na prijedlog Predsjednika i Izvršnog odbora, te najmanje trećine delegata prisutnih na skupštini na kojoj se o tome odlučuje.</w:t>
      </w:r>
    </w:p>
    <w:p w14:paraId="027F48BC" w14:textId="10FC8BEA" w:rsidR="008072C4" w:rsidRPr="00055CCD" w:rsidRDefault="00254E8A" w:rsidP="00BC0231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Skupština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 </w:t>
      </w:r>
      <w:r w:rsidR="00CE056B">
        <w:rPr>
          <w:rFonts w:ascii="Arial" w:eastAsia="Arial" w:hAnsi="Arial" w:cs="Arial"/>
          <w:sz w:val="24"/>
          <w:szCs w:val="24"/>
        </w:rPr>
        <w:t xml:space="preserve">će </w:t>
      </w:r>
      <w:r w:rsidR="00175836" w:rsidRPr="00055CCD">
        <w:rPr>
          <w:rFonts w:ascii="Arial" w:eastAsia="Arial" w:hAnsi="Arial" w:cs="Arial"/>
          <w:sz w:val="24"/>
          <w:szCs w:val="24"/>
        </w:rPr>
        <w:t>javnim glasanjem</w:t>
      </w:r>
      <w:r w:rsidR="00CE056B">
        <w:rPr>
          <w:rFonts w:ascii="Arial" w:eastAsia="Arial" w:hAnsi="Arial" w:cs="Arial"/>
          <w:sz w:val="24"/>
          <w:szCs w:val="24"/>
        </w:rPr>
        <w:t xml:space="preserve"> </w:t>
      </w:r>
      <w:r w:rsidR="00175836" w:rsidRPr="00055CCD">
        <w:rPr>
          <w:rFonts w:ascii="Arial" w:eastAsia="Arial" w:hAnsi="Arial" w:cs="Arial"/>
          <w:sz w:val="24"/>
          <w:szCs w:val="24"/>
        </w:rPr>
        <w:t>odlučiti o prijedlozima za udruživanje</w:t>
      </w:r>
      <w:r w:rsidRPr="00055CCD">
        <w:rPr>
          <w:rFonts w:ascii="Arial" w:eastAsia="Arial" w:hAnsi="Arial" w:cs="Arial"/>
          <w:sz w:val="24"/>
          <w:szCs w:val="24"/>
        </w:rPr>
        <w:t xml:space="preserve"> iz stava 1. ovog člana, većinom glasova svih svojih članova.</w:t>
      </w:r>
    </w:p>
    <w:p w14:paraId="1B885332" w14:textId="77777777" w:rsidR="00D1072B" w:rsidRDefault="00D1072B" w:rsidP="001064FC">
      <w:pPr>
        <w:jc w:val="center"/>
        <w:rPr>
          <w:rFonts w:ascii="Arial" w:eastAsia="Arial" w:hAnsi="Arial" w:cs="Arial"/>
          <w:b/>
          <w:sz w:val="24"/>
          <w:szCs w:val="24"/>
        </w:rPr>
      </w:pPr>
    </w:p>
    <w:p w14:paraId="2052061C" w14:textId="164977DF" w:rsidR="00254E8A" w:rsidRPr="00055CCD" w:rsidRDefault="00254E8A" w:rsidP="001064FC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t>IX NAČIN DONOŠENJA STATUTA</w:t>
      </w:r>
    </w:p>
    <w:p w14:paraId="30FE3F8D" w14:textId="5BFE286C" w:rsidR="008072C4" w:rsidRPr="00055CCD" w:rsidRDefault="00175836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 xml:space="preserve">Član </w:t>
      </w:r>
      <w:r w:rsidR="00D1072B">
        <w:rPr>
          <w:rFonts w:ascii="Arial" w:eastAsia="Arial" w:hAnsi="Arial" w:cs="Arial"/>
          <w:b/>
          <w:bCs/>
          <w:sz w:val="24"/>
          <w:szCs w:val="24"/>
        </w:rPr>
        <w:t>19</w:t>
      </w:r>
      <w:r w:rsidR="00254E8A"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38663BD9" w14:textId="77777777" w:rsidR="00F923C2" w:rsidRPr="00055CCD" w:rsidRDefault="00175836" w:rsidP="00BC0231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Statut donosi Skupština na svom izbornom zasjedanju, te </w:t>
      </w:r>
      <w:r w:rsidR="00254E8A" w:rsidRPr="00055CCD">
        <w:rPr>
          <w:rFonts w:ascii="Arial" w:eastAsia="Arial" w:hAnsi="Arial" w:cs="Arial"/>
          <w:sz w:val="24"/>
          <w:szCs w:val="24"/>
        </w:rPr>
        <w:t>izmjene i dopune na redovnim ili vanrednim sjednicama</w:t>
      </w:r>
      <w:r w:rsidRPr="00055CCD">
        <w:rPr>
          <w:rFonts w:ascii="Arial" w:eastAsia="Arial" w:hAnsi="Arial" w:cs="Arial"/>
          <w:sz w:val="24"/>
          <w:szCs w:val="24"/>
        </w:rPr>
        <w:t>.</w:t>
      </w:r>
    </w:p>
    <w:p w14:paraId="3216A366" w14:textId="7E6E43C8" w:rsidR="00F923C2" w:rsidRPr="00055CCD" w:rsidRDefault="00F923C2" w:rsidP="00BC0231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S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tatut je najviši dokument </w:t>
      </w:r>
      <w:r w:rsidR="00CE056B">
        <w:rPr>
          <w:rFonts w:ascii="Arial" w:eastAsia="Arial" w:hAnsi="Arial" w:cs="Arial"/>
          <w:sz w:val="24"/>
          <w:szCs w:val="24"/>
        </w:rPr>
        <w:t>političke organizacije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 i svi </w:t>
      </w:r>
      <w:r w:rsidRPr="00055CCD">
        <w:rPr>
          <w:rFonts w:ascii="Arial" w:eastAsia="Arial" w:hAnsi="Arial" w:cs="Arial"/>
          <w:sz w:val="24"/>
          <w:szCs w:val="24"/>
        </w:rPr>
        <w:t xml:space="preserve">njeni 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članovi su dužni da ga se pridržavaju. </w:t>
      </w:r>
    </w:p>
    <w:p w14:paraId="24D8E0B0" w14:textId="298744C4" w:rsidR="008072C4" w:rsidRPr="00055CCD" w:rsidRDefault="00175836" w:rsidP="00BC0231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Ne pridržavanje Statutarnih odredbi povlači težu povredu etičkog kodeksa i može biti razlog za isključenje iz političke organizacije.</w:t>
      </w:r>
    </w:p>
    <w:p w14:paraId="473EEEDE" w14:textId="77777777" w:rsidR="001064FC" w:rsidRPr="00055CCD" w:rsidRDefault="001064FC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0F4C05E2" w14:textId="77777777" w:rsidR="00F923C2" w:rsidRPr="00055CCD" w:rsidRDefault="00F923C2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X NAČIN DONOĐENJA ODLUKE O PRESTANKU RADA STRANKE</w:t>
      </w:r>
    </w:p>
    <w:p w14:paraId="062649C5" w14:textId="7CD8D71C" w:rsidR="00F923C2" w:rsidRPr="00055CCD" w:rsidRDefault="00F923C2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>Član 2</w:t>
      </w:r>
      <w:r w:rsidR="00D1072B">
        <w:rPr>
          <w:rFonts w:ascii="Arial" w:eastAsia="Arial" w:hAnsi="Arial" w:cs="Arial"/>
          <w:b/>
          <w:bCs/>
          <w:sz w:val="24"/>
          <w:szCs w:val="24"/>
        </w:rPr>
        <w:t>0</w:t>
      </w:r>
      <w:r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1CBE872E" w14:textId="304C4685" w:rsidR="00F923C2" w:rsidRPr="00055CCD" w:rsidRDefault="00CE056B" w:rsidP="00F923C2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Cs/>
          <w:sz w:val="24"/>
          <w:szCs w:val="24"/>
        </w:rPr>
        <w:t>Politička organizacija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 prestaje s radom odlukom Skupštine, spajanjem ili zabranom rada.</w:t>
      </w:r>
    </w:p>
    <w:p w14:paraId="03E78BDF" w14:textId="77777777" w:rsidR="00D1072B" w:rsidRDefault="00D1072B" w:rsidP="00F923C2">
      <w:pPr>
        <w:rPr>
          <w:rFonts w:ascii="Arial" w:eastAsia="Arial" w:hAnsi="Arial" w:cs="Arial"/>
          <w:b/>
          <w:sz w:val="24"/>
          <w:szCs w:val="24"/>
        </w:rPr>
      </w:pPr>
    </w:p>
    <w:p w14:paraId="7583FC75" w14:textId="64ED8DD3" w:rsidR="009B4AF5" w:rsidRPr="00055CCD" w:rsidRDefault="00F923C2" w:rsidP="00F923C2">
      <w:pPr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t>XI RASPOLAGANJE IMOVINOM U SLUČAJU PRESTANKA RADA STRANKE</w:t>
      </w:r>
    </w:p>
    <w:p w14:paraId="74E33846" w14:textId="7743830F" w:rsidR="009B4AF5" w:rsidRPr="00055CCD" w:rsidRDefault="009B4AF5" w:rsidP="001064FC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t>Član 2</w:t>
      </w:r>
      <w:r w:rsidR="00D1072B">
        <w:rPr>
          <w:rFonts w:ascii="Arial" w:eastAsia="Arial" w:hAnsi="Arial" w:cs="Arial"/>
          <w:b/>
          <w:sz w:val="24"/>
          <w:szCs w:val="24"/>
        </w:rPr>
        <w:t>1</w:t>
      </w:r>
      <w:r w:rsidRPr="00055CCD">
        <w:rPr>
          <w:rFonts w:ascii="Arial" w:eastAsia="Arial" w:hAnsi="Arial" w:cs="Arial"/>
          <w:b/>
          <w:sz w:val="24"/>
          <w:szCs w:val="24"/>
        </w:rPr>
        <w:t>.</w:t>
      </w:r>
    </w:p>
    <w:p w14:paraId="22134F6A" w14:textId="120970CE" w:rsidR="008072C4" w:rsidRPr="00055CCD" w:rsidRDefault="00175836" w:rsidP="001064FC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U slučaju prestanka rada</w:t>
      </w:r>
      <w:r w:rsidR="00F923C2" w:rsidRPr="00055CCD">
        <w:rPr>
          <w:rFonts w:ascii="Arial" w:eastAsia="Arial" w:hAnsi="Arial" w:cs="Arial"/>
          <w:sz w:val="24"/>
          <w:szCs w:val="24"/>
        </w:rPr>
        <w:t xml:space="preserve"> </w:t>
      </w:r>
      <w:r w:rsidR="00CE056B">
        <w:rPr>
          <w:rFonts w:ascii="Arial" w:eastAsia="Arial" w:hAnsi="Arial" w:cs="Arial"/>
          <w:sz w:val="24"/>
          <w:szCs w:val="24"/>
        </w:rPr>
        <w:t>političke organizacije</w:t>
      </w:r>
      <w:r w:rsidR="00F923C2" w:rsidRPr="00055CCD">
        <w:rPr>
          <w:rFonts w:ascii="Arial" w:eastAsia="Arial" w:hAnsi="Arial" w:cs="Arial"/>
          <w:sz w:val="24"/>
          <w:szCs w:val="24"/>
        </w:rPr>
        <w:t>, odlukom S</w:t>
      </w:r>
      <w:r w:rsidRPr="00055CCD">
        <w:rPr>
          <w:rFonts w:ascii="Arial" w:eastAsia="Arial" w:hAnsi="Arial" w:cs="Arial"/>
          <w:sz w:val="24"/>
          <w:szCs w:val="24"/>
        </w:rPr>
        <w:t xml:space="preserve">kupštine </w:t>
      </w:r>
      <w:r w:rsidR="00F923C2" w:rsidRPr="00055CCD">
        <w:rPr>
          <w:rFonts w:ascii="Arial" w:eastAsia="Arial" w:hAnsi="Arial" w:cs="Arial"/>
          <w:sz w:val="24"/>
          <w:szCs w:val="24"/>
        </w:rPr>
        <w:t xml:space="preserve">stranke </w:t>
      </w:r>
      <w:r w:rsidRPr="00055CCD">
        <w:rPr>
          <w:rFonts w:ascii="Arial" w:eastAsia="Arial" w:hAnsi="Arial" w:cs="Arial"/>
          <w:sz w:val="24"/>
          <w:szCs w:val="24"/>
        </w:rPr>
        <w:t xml:space="preserve">sva </w:t>
      </w:r>
      <w:r w:rsidR="00F923C2" w:rsidRPr="00055CCD">
        <w:rPr>
          <w:rFonts w:ascii="Arial" w:eastAsia="Arial" w:hAnsi="Arial" w:cs="Arial"/>
          <w:sz w:val="24"/>
          <w:szCs w:val="24"/>
        </w:rPr>
        <w:t>njena imovina bilo pokretna ili nepokretna i novčana sredstva na računima stranke, te sva potračivanja</w:t>
      </w:r>
      <w:r w:rsidRPr="00055CCD">
        <w:rPr>
          <w:rFonts w:ascii="Arial" w:eastAsia="Arial" w:hAnsi="Arial" w:cs="Arial"/>
          <w:sz w:val="24"/>
          <w:szCs w:val="24"/>
        </w:rPr>
        <w:t xml:space="preserve"> se dijel</w:t>
      </w:r>
      <w:r w:rsidR="00CE056B">
        <w:rPr>
          <w:rFonts w:ascii="Arial" w:eastAsia="Arial" w:hAnsi="Arial" w:cs="Arial"/>
          <w:sz w:val="24"/>
          <w:szCs w:val="24"/>
        </w:rPr>
        <w:t>e</w:t>
      </w:r>
      <w:r w:rsidRPr="00055CCD">
        <w:rPr>
          <w:rFonts w:ascii="Arial" w:eastAsia="Arial" w:hAnsi="Arial" w:cs="Arial"/>
          <w:sz w:val="24"/>
          <w:szCs w:val="24"/>
        </w:rPr>
        <w:t xml:space="preserve"> u humanitarne svrhe</w:t>
      </w:r>
      <w:r w:rsidR="00F923C2" w:rsidRPr="00055CCD">
        <w:rPr>
          <w:rFonts w:ascii="Arial" w:eastAsia="Arial" w:hAnsi="Arial" w:cs="Arial"/>
          <w:sz w:val="24"/>
          <w:szCs w:val="24"/>
        </w:rPr>
        <w:t xml:space="preserve"> prvenstveno </w:t>
      </w:r>
      <w:r w:rsidRPr="00055CCD">
        <w:rPr>
          <w:rFonts w:ascii="Arial" w:eastAsia="Arial" w:hAnsi="Arial" w:cs="Arial"/>
          <w:sz w:val="24"/>
          <w:szCs w:val="24"/>
        </w:rPr>
        <w:t xml:space="preserve">socijalno ugroženim </w:t>
      </w:r>
      <w:r w:rsidRPr="00055CCD">
        <w:rPr>
          <w:rFonts w:ascii="Arial" w:eastAsia="Arial" w:hAnsi="Arial" w:cs="Arial"/>
          <w:sz w:val="24"/>
          <w:szCs w:val="24"/>
        </w:rPr>
        <w:lastRenderedPageBreak/>
        <w:t>kategorijama</w:t>
      </w:r>
      <w:r w:rsidR="00F923C2" w:rsidRPr="00055CCD">
        <w:rPr>
          <w:rFonts w:ascii="Arial" w:eastAsia="Arial" w:hAnsi="Arial" w:cs="Arial"/>
          <w:sz w:val="24"/>
          <w:szCs w:val="24"/>
        </w:rPr>
        <w:t xml:space="preserve"> stanovništva na području cijele BiH, neposredno ili putem određenih udruženja ili humanitarnih organizacija</w:t>
      </w:r>
      <w:r w:rsidRPr="00055CCD">
        <w:rPr>
          <w:rFonts w:ascii="Arial" w:eastAsia="Arial" w:hAnsi="Arial" w:cs="Arial"/>
          <w:sz w:val="24"/>
          <w:szCs w:val="24"/>
        </w:rPr>
        <w:t xml:space="preserve"> najkasnije 6 mjeseci od dana prestanka rada organizacije.</w:t>
      </w:r>
    </w:p>
    <w:p w14:paraId="5DE2928D" w14:textId="223BEE0A" w:rsidR="009B4AF5" w:rsidRPr="00055CCD" w:rsidRDefault="00F923C2" w:rsidP="001064FC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Za realizaciju obaveza iz stava 1. </w:t>
      </w:r>
      <w:r w:rsidR="009B4AF5" w:rsidRPr="00055CCD">
        <w:rPr>
          <w:rFonts w:ascii="Arial" w:eastAsia="Arial" w:hAnsi="Arial" w:cs="Arial"/>
          <w:sz w:val="24"/>
          <w:szCs w:val="24"/>
        </w:rPr>
        <w:t xml:space="preserve">ovog člana </w:t>
      </w:r>
      <w:r w:rsidRPr="00055CCD">
        <w:rPr>
          <w:rFonts w:ascii="Arial" w:eastAsia="Arial" w:hAnsi="Arial" w:cs="Arial"/>
          <w:sz w:val="24"/>
          <w:szCs w:val="24"/>
        </w:rPr>
        <w:t xml:space="preserve">Skupština </w:t>
      </w:r>
      <w:r w:rsidR="009B4AF5" w:rsidRPr="00055CCD">
        <w:rPr>
          <w:rFonts w:ascii="Arial" w:eastAsia="Arial" w:hAnsi="Arial" w:cs="Arial"/>
          <w:sz w:val="24"/>
          <w:szCs w:val="24"/>
        </w:rPr>
        <w:t>će ovlastiti odgovarajuće tijelo koje će imati obavezu da propiše kriterije raspodjele i o tome upozna javnost i nadležne državne organ</w:t>
      </w:r>
      <w:r w:rsidR="00CE056B">
        <w:rPr>
          <w:rFonts w:ascii="Arial" w:eastAsia="Arial" w:hAnsi="Arial" w:cs="Arial"/>
          <w:sz w:val="24"/>
          <w:szCs w:val="24"/>
        </w:rPr>
        <w:t>e;</w:t>
      </w:r>
    </w:p>
    <w:p w14:paraId="5D7F58B4" w14:textId="77777777" w:rsidR="00D1072B" w:rsidRDefault="00D1072B" w:rsidP="001064FC">
      <w:pPr>
        <w:jc w:val="center"/>
        <w:rPr>
          <w:rFonts w:ascii="Arial" w:eastAsia="Arial" w:hAnsi="Arial" w:cs="Arial"/>
          <w:b/>
          <w:sz w:val="24"/>
          <w:szCs w:val="24"/>
        </w:rPr>
      </w:pPr>
    </w:p>
    <w:p w14:paraId="6A8E8807" w14:textId="6A947CA9" w:rsidR="009B4AF5" w:rsidRPr="00055CCD" w:rsidRDefault="009B4AF5" w:rsidP="001064FC">
      <w:pPr>
        <w:jc w:val="center"/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b/>
          <w:sz w:val="24"/>
          <w:szCs w:val="24"/>
        </w:rPr>
        <w:t>XII ZAVRŠNE ODREDBE</w:t>
      </w:r>
    </w:p>
    <w:p w14:paraId="32B81C9F" w14:textId="178D39F2" w:rsidR="009B4AF5" w:rsidRPr="00055CCD" w:rsidRDefault="00175836" w:rsidP="001064FC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055CCD">
        <w:rPr>
          <w:rFonts w:ascii="Arial" w:eastAsia="Arial" w:hAnsi="Arial" w:cs="Arial"/>
          <w:b/>
          <w:bCs/>
          <w:sz w:val="24"/>
          <w:szCs w:val="24"/>
        </w:rPr>
        <w:t xml:space="preserve">Član </w:t>
      </w:r>
      <w:r w:rsidR="009B4AF5" w:rsidRPr="00055CCD">
        <w:rPr>
          <w:rFonts w:ascii="Arial" w:eastAsia="Arial" w:hAnsi="Arial" w:cs="Arial"/>
          <w:b/>
          <w:bCs/>
          <w:sz w:val="24"/>
          <w:szCs w:val="24"/>
        </w:rPr>
        <w:t>2</w:t>
      </w:r>
      <w:r w:rsidR="00D1072B">
        <w:rPr>
          <w:rFonts w:ascii="Arial" w:eastAsia="Arial" w:hAnsi="Arial" w:cs="Arial"/>
          <w:b/>
          <w:bCs/>
          <w:sz w:val="24"/>
          <w:szCs w:val="24"/>
        </w:rPr>
        <w:t>2</w:t>
      </w:r>
      <w:r w:rsidRPr="00055CCD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147D6782" w14:textId="6466254D" w:rsidR="00F64719" w:rsidRPr="00055CCD" w:rsidRDefault="00F64719" w:rsidP="00F64719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Generalni sekretar političke organizacije po ovlaštenju Predsjednika političke organizacije </w:t>
      </w:r>
      <w:r w:rsidRPr="00055CCD">
        <w:rPr>
          <w:rFonts w:ascii="Arial" w:eastAsia="Arial" w:hAnsi="Arial" w:cs="Arial"/>
          <w:sz w:val="24"/>
          <w:szCs w:val="24"/>
        </w:rPr>
        <w:t>poduz</w:t>
      </w:r>
      <w:r>
        <w:rPr>
          <w:rFonts w:ascii="Arial" w:eastAsia="Arial" w:hAnsi="Arial" w:cs="Arial"/>
          <w:sz w:val="24"/>
          <w:szCs w:val="24"/>
        </w:rPr>
        <w:t>ima</w:t>
      </w:r>
      <w:r w:rsidRPr="00055CCD">
        <w:rPr>
          <w:rFonts w:ascii="Arial" w:eastAsia="Arial" w:hAnsi="Arial" w:cs="Arial"/>
          <w:sz w:val="24"/>
          <w:szCs w:val="24"/>
        </w:rPr>
        <w:t xml:space="preserve"> pravne radnje </w:t>
      </w:r>
      <w:r w:rsidR="00CE056B">
        <w:rPr>
          <w:rFonts w:ascii="Arial" w:eastAsia="Arial" w:hAnsi="Arial" w:cs="Arial"/>
          <w:sz w:val="24"/>
          <w:szCs w:val="24"/>
        </w:rPr>
        <w:t xml:space="preserve">za </w:t>
      </w:r>
      <w:r>
        <w:rPr>
          <w:rFonts w:ascii="Arial" w:eastAsia="Arial" w:hAnsi="Arial" w:cs="Arial"/>
          <w:sz w:val="24"/>
          <w:szCs w:val="24"/>
        </w:rPr>
        <w:t>registracij</w:t>
      </w:r>
      <w:r w:rsidR="00CE056B">
        <w:rPr>
          <w:rFonts w:ascii="Arial" w:eastAsia="Arial" w:hAnsi="Arial" w:cs="Arial"/>
          <w:sz w:val="24"/>
          <w:szCs w:val="24"/>
        </w:rPr>
        <w:t>u Političke organizacije u sudski registar i centralnu izbornu komisiju</w:t>
      </w:r>
      <w:r w:rsidRPr="00055CCD">
        <w:rPr>
          <w:rFonts w:ascii="Arial" w:eastAsia="Arial" w:hAnsi="Arial" w:cs="Arial"/>
          <w:sz w:val="24"/>
          <w:szCs w:val="24"/>
        </w:rPr>
        <w:t>.</w:t>
      </w:r>
    </w:p>
    <w:p w14:paraId="14B02EC8" w14:textId="3ED12EDA" w:rsidR="008072C4" w:rsidRPr="00055CCD" w:rsidRDefault="009B4AF5" w:rsidP="00BC0231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bCs/>
          <w:sz w:val="24"/>
          <w:szCs w:val="24"/>
        </w:rPr>
        <w:t>Stranka</w:t>
      </w:r>
      <w:r w:rsidR="00175836" w:rsidRPr="00055CCD">
        <w:rPr>
          <w:rFonts w:ascii="Arial" w:eastAsia="Arial" w:hAnsi="Arial" w:cs="Arial"/>
          <w:sz w:val="24"/>
          <w:szCs w:val="24"/>
        </w:rPr>
        <w:t xml:space="preserve"> počinje sa svojim radom sa danom upisa u sudski registar.</w:t>
      </w:r>
    </w:p>
    <w:p w14:paraId="45FF7A09" w14:textId="513A834B" w:rsidR="008072C4" w:rsidRPr="00055CCD" w:rsidRDefault="00175836" w:rsidP="00BC0231">
      <w:pPr>
        <w:jc w:val="both"/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Svi međusobni sporovi će se rješavati internom i eksternom medijacijom i sporazumom, a u slučaju da to nije moguće, nadležan je Sud prema mjestu registracije.</w:t>
      </w:r>
    </w:p>
    <w:p w14:paraId="4CCBBE1F" w14:textId="77777777" w:rsidR="009B4AF5" w:rsidRDefault="009B4AF5">
      <w:pPr>
        <w:rPr>
          <w:rFonts w:ascii="Arial" w:eastAsia="Arial" w:hAnsi="Arial" w:cs="Arial"/>
          <w:sz w:val="24"/>
          <w:szCs w:val="24"/>
        </w:rPr>
      </w:pPr>
    </w:p>
    <w:p w14:paraId="07F0D0BB" w14:textId="77777777" w:rsidR="00D1072B" w:rsidRPr="00055CCD" w:rsidRDefault="00D1072B">
      <w:pPr>
        <w:rPr>
          <w:rFonts w:ascii="Arial" w:eastAsia="Arial" w:hAnsi="Arial" w:cs="Arial"/>
          <w:sz w:val="24"/>
          <w:szCs w:val="24"/>
        </w:rPr>
      </w:pPr>
    </w:p>
    <w:p w14:paraId="4EF2A6F2" w14:textId="59677449" w:rsidR="008072C4" w:rsidRPr="00055CCD" w:rsidRDefault="00175836">
      <w:pPr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>U S</w:t>
      </w:r>
      <w:r w:rsidR="001064FC" w:rsidRPr="00055CCD">
        <w:rPr>
          <w:rFonts w:ascii="Arial" w:eastAsia="Arial" w:hAnsi="Arial" w:cs="Arial"/>
          <w:sz w:val="24"/>
          <w:szCs w:val="24"/>
        </w:rPr>
        <w:t>arajevu, dana</w:t>
      </w:r>
      <w:r w:rsidR="00D1072B">
        <w:rPr>
          <w:rFonts w:ascii="Arial" w:eastAsia="Arial" w:hAnsi="Arial" w:cs="Arial"/>
          <w:sz w:val="24"/>
          <w:szCs w:val="24"/>
        </w:rPr>
        <w:t xml:space="preserve"> 20.02.2026.</w:t>
      </w:r>
      <w:r w:rsidR="00D1072B">
        <w:rPr>
          <w:rFonts w:ascii="Arial" w:eastAsia="Arial" w:hAnsi="Arial" w:cs="Arial"/>
          <w:sz w:val="24"/>
          <w:szCs w:val="24"/>
        </w:rPr>
        <w:tab/>
      </w:r>
      <w:r w:rsidR="001064FC" w:rsidRPr="00055CCD">
        <w:rPr>
          <w:rFonts w:ascii="Arial" w:eastAsia="Arial" w:hAnsi="Arial" w:cs="Arial"/>
          <w:sz w:val="24"/>
          <w:szCs w:val="24"/>
        </w:rPr>
        <w:tab/>
        <w:t xml:space="preserve">               </w:t>
      </w:r>
      <w:r w:rsidRPr="00055CCD">
        <w:rPr>
          <w:rFonts w:ascii="Arial" w:eastAsia="Arial" w:hAnsi="Arial" w:cs="Arial"/>
          <w:b/>
          <w:sz w:val="24"/>
          <w:szCs w:val="24"/>
        </w:rPr>
        <w:t>Predsjedavajući Skupštine</w:t>
      </w:r>
    </w:p>
    <w:p w14:paraId="4DFB792A" w14:textId="683DE668" w:rsidR="008072C4" w:rsidRPr="00055CCD" w:rsidRDefault="001064FC">
      <w:pPr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  <w:t xml:space="preserve">      </w:t>
      </w:r>
      <w:r w:rsidR="00175836" w:rsidRPr="00055CCD">
        <w:rPr>
          <w:rFonts w:ascii="Arial" w:eastAsia="Arial" w:hAnsi="Arial" w:cs="Arial"/>
          <w:sz w:val="24"/>
          <w:szCs w:val="24"/>
        </w:rPr>
        <w:t>_____________________</w:t>
      </w:r>
    </w:p>
    <w:p w14:paraId="436425A3" w14:textId="77777777" w:rsidR="008072C4" w:rsidRDefault="008072C4">
      <w:pPr>
        <w:rPr>
          <w:rFonts w:ascii="Arial" w:eastAsia="Arial" w:hAnsi="Arial" w:cs="Arial"/>
          <w:sz w:val="24"/>
          <w:szCs w:val="24"/>
        </w:rPr>
      </w:pPr>
    </w:p>
    <w:p w14:paraId="07DF98BE" w14:textId="5D00D1AF" w:rsidR="00F64719" w:rsidRPr="00055CCD" w:rsidRDefault="00F64719" w:rsidP="00F64719">
      <w:pPr>
        <w:rPr>
          <w:rFonts w:ascii="Arial" w:eastAsia="Arial" w:hAnsi="Arial" w:cs="Arial"/>
          <w:b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 xml:space="preserve">             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</w:t>
      </w:r>
      <w:r w:rsidR="00E30262">
        <w:rPr>
          <w:rFonts w:ascii="Arial" w:eastAsia="Arial" w:hAnsi="Arial" w:cs="Arial"/>
          <w:sz w:val="24"/>
          <w:szCs w:val="24"/>
        </w:rPr>
        <w:t xml:space="preserve">       </w:t>
      </w:r>
      <w:r w:rsidRPr="00055CCD">
        <w:rPr>
          <w:rFonts w:ascii="Arial" w:eastAsia="Arial" w:hAnsi="Arial" w:cs="Arial"/>
          <w:b/>
          <w:sz w:val="24"/>
          <w:szCs w:val="24"/>
        </w:rPr>
        <w:t>Predsjed</w:t>
      </w:r>
      <w:r>
        <w:rPr>
          <w:rFonts w:ascii="Arial" w:eastAsia="Arial" w:hAnsi="Arial" w:cs="Arial"/>
          <w:b/>
          <w:sz w:val="24"/>
          <w:szCs w:val="24"/>
        </w:rPr>
        <w:t xml:space="preserve">nik </w:t>
      </w:r>
      <w:r w:rsidR="00E30262">
        <w:rPr>
          <w:rFonts w:ascii="Arial" w:eastAsia="Arial" w:hAnsi="Arial" w:cs="Arial"/>
          <w:b/>
          <w:sz w:val="24"/>
          <w:szCs w:val="24"/>
        </w:rPr>
        <w:t>Republikanaca BiH</w:t>
      </w:r>
    </w:p>
    <w:p w14:paraId="27F36D0B" w14:textId="55425F89" w:rsidR="00F64719" w:rsidRPr="00055CCD" w:rsidRDefault="00F64719" w:rsidP="00F64719">
      <w:pPr>
        <w:rPr>
          <w:rFonts w:ascii="Arial" w:eastAsia="Arial" w:hAnsi="Arial" w:cs="Arial"/>
          <w:sz w:val="24"/>
          <w:szCs w:val="24"/>
        </w:rPr>
      </w:pP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Pr="00055CCD">
        <w:rPr>
          <w:rFonts w:ascii="Arial" w:eastAsia="Arial" w:hAnsi="Arial" w:cs="Arial"/>
          <w:sz w:val="24"/>
          <w:szCs w:val="24"/>
        </w:rPr>
        <w:tab/>
      </w:r>
      <w:r w:rsidR="00E30262">
        <w:rPr>
          <w:rFonts w:ascii="Arial" w:eastAsia="Arial" w:hAnsi="Arial" w:cs="Arial"/>
          <w:sz w:val="24"/>
          <w:szCs w:val="24"/>
        </w:rPr>
        <w:t xml:space="preserve">      </w:t>
      </w:r>
      <w:r w:rsidRPr="00055CCD">
        <w:rPr>
          <w:rFonts w:ascii="Arial" w:eastAsia="Arial" w:hAnsi="Arial" w:cs="Arial"/>
          <w:sz w:val="24"/>
          <w:szCs w:val="24"/>
        </w:rPr>
        <w:t>_____________________</w:t>
      </w:r>
    </w:p>
    <w:p w14:paraId="6D022F5B" w14:textId="77777777" w:rsidR="00F64719" w:rsidRPr="00055CCD" w:rsidRDefault="00F64719">
      <w:pPr>
        <w:rPr>
          <w:rFonts w:ascii="Arial" w:eastAsia="Arial" w:hAnsi="Arial" w:cs="Arial"/>
          <w:sz w:val="24"/>
          <w:szCs w:val="24"/>
        </w:rPr>
      </w:pPr>
    </w:p>
    <w:p w14:paraId="569E9D49" w14:textId="77777777" w:rsidR="008072C4" w:rsidRPr="00055CCD" w:rsidRDefault="008072C4">
      <w:pPr>
        <w:jc w:val="center"/>
        <w:rPr>
          <w:rFonts w:ascii="Arial" w:eastAsia="Arial" w:hAnsi="Arial" w:cs="Arial"/>
          <w:sz w:val="24"/>
          <w:szCs w:val="24"/>
        </w:rPr>
      </w:pPr>
    </w:p>
    <w:p w14:paraId="44C4AD5D" w14:textId="2295F795" w:rsidR="008072C4" w:rsidRPr="00055CCD" w:rsidRDefault="008072C4" w:rsidP="00351FF9">
      <w:pPr>
        <w:spacing w:after="160" w:line="278" w:lineRule="auto"/>
        <w:jc w:val="both"/>
        <w:rPr>
          <w:rFonts w:ascii="Arial" w:eastAsia="Aptos" w:hAnsi="Arial" w:cs="Arial"/>
          <w:sz w:val="24"/>
          <w:szCs w:val="24"/>
        </w:rPr>
      </w:pPr>
    </w:p>
    <w:sectPr w:rsidR="008072C4" w:rsidRPr="00055CCD" w:rsidSect="00BC0231">
      <w:headerReference w:type="default" r:id="rId8"/>
      <w:footerReference w:type="default" r:id="rId9"/>
      <w:pgSz w:w="12240" w:h="15840"/>
      <w:pgMar w:top="1440" w:right="1797" w:bottom="1440" w:left="179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97B17" w14:textId="77777777" w:rsidR="006C57FA" w:rsidRDefault="006C57FA">
      <w:pPr>
        <w:spacing w:after="0" w:line="240" w:lineRule="auto"/>
      </w:pPr>
      <w:r>
        <w:separator/>
      </w:r>
    </w:p>
  </w:endnote>
  <w:endnote w:type="continuationSeparator" w:id="0">
    <w:p w14:paraId="13FBDF57" w14:textId="77777777" w:rsidR="006C57FA" w:rsidRDefault="006C5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  <w:embedRegular r:id="rId1" w:fontKey="{48890E04-0C36-45E5-B31C-9E69D20A8206}"/>
  </w:font>
  <w:font w:name="Noto Sans Symbols">
    <w:altName w:val="Calibri"/>
    <w:charset w:val="00"/>
    <w:family w:val="auto"/>
    <w:pitch w:val="default"/>
    <w:embedRegular r:id="rId2" w:fontKey="{C4C0CAB9-2885-43C1-B27A-B20260C9E1A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0222CCEE-6FB8-4501-BA44-3E0927F9B2D7}"/>
    <w:embedBold r:id="rId4" w:fontKey="{609E6D12-6614-4D11-B611-2419D421D275}"/>
    <w:embedItalic r:id="rId5" w:fontKey="{34ECAD44-898E-4487-8460-E3D0869D42C8}"/>
    <w:embedBoldItalic r:id="rId6" w:fontKey="{9DB4E9AD-77CE-4CDE-B104-5B28C6C9F24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EBDD7C53-A535-4344-B2E3-9563D16F1B59}"/>
    <w:embedBold r:id="rId8" w:fontKey="{C53FCFB7-3136-43A2-A838-113F3A23C122}"/>
    <w:embedItalic r:id="rId9" w:fontKey="{A96C410F-72D0-415A-93B1-2C8974A937E5}"/>
    <w:embedBoldItalic r:id="rId10" w:fontKey="{B77BA9B7-456F-47B9-B614-18E182D5C631}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1" w:fontKey="{2500300A-C381-4C99-B838-1D324ECD3BB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66DE7" w14:textId="77777777" w:rsidR="008072C4" w:rsidRDefault="00175836">
    <w:pPr>
      <w:jc w:val="right"/>
    </w:pPr>
    <w:r>
      <w:fldChar w:fldCharType="begin"/>
    </w:r>
    <w:r>
      <w:instrText>PAGE</w:instrText>
    </w:r>
    <w:r>
      <w:fldChar w:fldCharType="separate"/>
    </w:r>
    <w:r w:rsidR="00055CCD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B8456" w14:textId="77777777" w:rsidR="006C57FA" w:rsidRDefault="006C57FA">
      <w:pPr>
        <w:spacing w:after="0" w:line="240" w:lineRule="auto"/>
      </w:pPr>
      <w:r>
        <w:separator/>
      </w:r>
    </w:p>
  </w:footnote>
  <w:footnote w:type="continuationSeparator" w:id="0">
    <w:p w14:paraId="605C445B" w14:textId="77777777" w:rsidR="006C57FA" w:rsidRDefault="006C5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8D28E" w14:textId="798EDFF9" w:rsidR="008072C4" w:rsidRDefault="00175836">
    <w:r>
      <w:rPr>
        <w:noProof/>
        <w:lang w:val="en-US"/>
      </w:rPr>
      <w:drawing>
        <wp:anchor distT="0" distB="0" distL="0" distR="0" simplePos="0" relativeHeight="251658240" behindDoc="1" locked="0" layoutInCell="1" hidden="0" allowOverlap="1" wp14:anchorId="1FB53AEB" wp14:editId="06A20970">
          <wp:simplePos x="0" y="0"/>
          <wp:positionH relativeFrom="column">
            <wp:posOffset>2314575</wp:posOffset>
          </wp:positionH>
          <wp:positionV relativeFrom="paragraph">
            <wp:posOffset>-285749</wp:posOffset>
          </wp:positionV>
          <wp:extent cx="852488" cy="699937"/>
          <wp:effectExtent l="0" t="0" r="0" b="0"/>
          <wp:wrapNone/>
          <wp:docPr id="912533409" name="image1.jpg" descr="A blue map with stars and text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A blue map with stars and text&#10;&#10;AI-generated content may be incorrect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2488" cy="6999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E6A20"/>
    <w:multiLevelType w:val="multilevel"/>
    <w:tmpl w:val="7BC83E76"/>
    <w:lvl w:ilvl="0">
      <w:start w:val="1"/>
      <w:numFmt w:val="decimal"/>
      <w:lvlText w:val="%1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47B11"/>
    <w:multiLevelType w:val="multilevel"/>
    <w:tmpl w:val="C8225D1E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F6FB4"/>
    <w:multiLevelType w:val="multilevel"/>
    <w:tmpl w:val="FDB0C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8973369"/>
    <w:multiLevelType w:val="multilevel"/>
    <w:tmpl w:val="0B8665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B1844C1"/>
    <w:multiLevelType w:val="multilevel"/>
    <w:tmpl w:val="FDB0C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F90C3F"/>
    <w:multiLevelType w:val="multilevel"/>
    <w:tmpl w:val="DFD0BA40"/>
    <w:lvl w:ilvl="0">
      <w:start w:val="1"/>
      <w:numFmt w:val="bullet"/>
      <w:lvlText w:val="•"/>
      <w:lvlJc w:val="left"/>
      <w:pPr>
        <w:ind w:left="720" w:hanging="3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F1B449B"/>
    <w:multiLevelType w:val="multilevel"/>
    <w:tmpl w:val="24763634"/>
    <w:lvl w:ilvl="0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00D652D"/>
    <w:multiLevelType w:val="multilevel"/>
    <w:tmpl w:val="5F549D3A"/>
    <w:lvl w:ilvl="0">
      <w:start w:val="1"/>
      <w:numFmt w:val="bullet"/>
      <w:lvlText w:val="•"/>
      <w:lvlJc w:val="left"/>
      <w:pPr>
        <w:ind w:left="720" w:hanging="3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13C4FC0"/>
    <w:multiLevelType w:val="multilevel"/>
    <w:tmpl w:val="6F023E72"/>
    <w:lvl w:ilvl="0">
      <w:start w:val="1"/>
      <w:numFmt w:val="bullet"/>
      <w:lvlText w:val="•"/>
      <w:lvlJc w:val="left"/>
      <w:pPr>
        <w:ind w:left="720" w:hanging="3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149570E"/>
    <w:multiLevelType w:val="multilevel"/>
    <w:tmpl w:val="D862ACFC"/>
    <w:lvl w:ilvl="0">
      <w:start w:val="1"/>
      <w:numFmt w:val="bullet"/>
      <w:lvlText w:val="•"/>
      <w:lvlJc w:val="left"/>
      <w:pPr>
        <w:ind w:left="720" w:hanging="3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256177A"/>
    <w:multiLevelType w:val="multilevel"/>
    <w:tmpl w:val="A39C1D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29E73CF"/>
    <w:multiLevelType w:val="multilevel"/>
    <w:tmpl w:val="28A21EAC"/>
    <w:lvl w:ilvl="0">
      <w:start w:val="1"/>
      <w:numFmt w:val="decimal"/>
      <w:pStyle w:val="ListBullet2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16FD0D29"/>
    <w:multiLevelType w:val="multilevel"/>
    <w:tmpl w:val="1F240628"/>
    <w:lvl w:ilvl="0">
      <w:start w:val="1"/>
      <w:numFmt w:val="decimal"/>
      <w:pStyle w:val="ListNumber3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3" w15:restartNumberingAfterBreak="0">
    <w:nsid w:val="19C97AA8"/>
    <w:multiLevelType w:val="multilevel"/>
    <w:tmpl w:val="B87E57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1A80502D"/>
    <w:multiLevelType w:val="multilevel"/>
    <w:tmpl w:val="037AB324"/>
    <w:lvl w:ilvl="0">
      <w:start w:val="1"/>
      <w:numFmt w:val="bullet"/>
      <w:lvlText w:val="●"/>
      <w:lvlJc w:val="left"/>
      <w:pPr>
        <w:ind w:left="1800" w:hanging="360"/>
      </w:pPr>
    </w:lvl>
    <w:lvl w:ilvl="1">
      <w:start w:val="1"/>
      <w:numFmt w:val="bullet"/>
      <w:lvlText w:val="○"/>
      <w:lvlJc w:val="left"/>
      <w:pPr>
        <w:ind w:left="0" w:firstLine="0"/>
      </w:pPr>
    </w:lvl>
    <w:lvl w:ilvl="2">
      <w:start w:val="1"/>
      <w:numFmt w:val="bullet"/>
      <w:lvlText w:val="■"/>
      <w:lvlJc w:val="left"/>
      <w:pPr>
        <w:ind w:left="0" w:firstLine="0"/>
      </w:pPr>
    </w:lvl>
    <w:lvl w:ilvl="3">
      <w:start w:val="1"/>
      <w:numFmt w:val="bullet"/>
      <w:lvlText w:val="●"/>
      <w:lvlJc w:val="left"/>
      <w:pPr>
        <w:ind w:left="0" w:firstLine="0"/>
      </w:pPr>
    </w:lvl>
    <w:lvl w:ilvl="4">
      <w:start w:val="1"/>
      <w:numFmt w:val="bullet"/>
      <w:lvlText w:val="○"/>
      <w:lvlJc w:val="left"/>
      <w:pPr>
        <w:ind w:left="0" w:firstLine="0"/>
      </w:pPr>
    </w:lvl>
    <w:lvl w:ilvl="5">
      <w:start w:val="1"/>
      <w:numFmt w:val="bullet"/>
      <w:lvlText w:val="■"/>
      <w:lvlJc w:val="left"/>
      <w:pPr>
        <w:ind w:left="0" w:firstLine="0"/>
      </w:pPr>
    </w:lvl>
    <w:lvl w:ilvl="6">
      <w:start w:val="1"/>
      <w:numFmt w:val="bullet"/>
      <w:lvlText w:val="●"/>
      <w:lvlJc w:val="left"/>
      <w:pPr>
        <w:ind w:left="0" w:firstLine="0"/>
      </w:pPr>
    </w:lvl>
    <w:lvl w:ilvl="7">
      <w:start w:val="1"/>
      <w:numFmt w:val="bullet"/>
      <w:lvlText w:val="○"/>
      <w:lvlJc w:val="left"/>
      <w:pPr>
        <w:ind w:left="0" w:firstLine="0"/>
      </w:pPr>
    </w:lvl>
    <w:lvl w:ilvl="8">
      <w:start w:val="1"/>
      <w:numFmt w:val="bullet"/>
      <w:lvlText w:val="■"/>
      <w:lvlJc w:val="left"/>
      <w:pPr>
        <w:ind w:left="0" w:firstLine="0"/>
      </w:pPr>
    </w:lvl>
  </w:abstractNum>
  <w:abstractNum w:abstractNumId="15" w15:restartNumberingAfterBreak="0">
    <w:nsid w:val="1D685646"/>
    <w:multiLevelType w:val="multilevel"/>
    <w:tmpl w:val="FDB0C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0BF6E11"/>
    <w:multiLevelType w:val="multilevel"/>
    <w:tmpl w:val="B06E08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695066"/>
    <w:multiLevelType w:val="multilevel"/>
    <w:tmpl w:val="2EE6BBA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8" w15:restartNumberingAfterBreak="0">
    <w:nsid w:val="23B8730E"/>
    <w:multiLevelType w:val="multilevel"/>
    <w:tmpl w:val="4C26DF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258F1B44"/>
    <w:multiLevelType w:val="hybridMultilevel"/>
    <w:tmpl w:val="60704420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88704B4"/>
    <w:multiLevelType w:val="multilevel"/>
    <w:tmpl w:val="27D438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2C3236E8"/>
    <w:multiLevelType w:val="multilevel"/>
    <w:tmpl w:val="02945C56"/>
    <w:lvl w:ilvl="0">
      <w:start w:val="1"/>
      <w:numFmt w:val="bullet"/>
      <w:lvlText w:val="•"/>
      <w:lvlJc w:val="left"/>
      <w:pPr>
        <w:ind w:left="720" w:hanging="3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2C613098"/>
    <w:multiLevelType w:val="multilevel"/>
    <w:tmpl w:val="FDB0C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F1E4B40"/>
    <w:multiLevelType w:val="multilevel"/>
    <w:tmpl w:val="55F4D58E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4" w15:restartNumberingAfterBreak="0">
    <w:nsid w:val="31610C1B"/>
    <w:multiLevelType w:val="multilevel"/>
    <w:tmpl w:val="536CB5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31CB6A6D"/>
    <w:multiLevelType w:val="hybridMultilevel"/>
    <w:tmpl w:val="42DEA040"/>
    <w:lvl w:ilvl="0" w:tplc="19EA88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2CC786A"/>
    <w:multiLevelType w:val="multilevel"/>
    <w:tmpl w:val="741E0E8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34C77911"/>
    <w:multiLevelType w:val="hybridMultilevel"/>
    <w:tmpl w:val="9926F150"/>
    <w:lvl w:ilvl="0" w:tplc="19EA88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34EB5BC">
      <w:numFmt w:val="bullet"/>
      <w:lvlText w:val=""/>
      <w:lvlJc w:val="left"/>
      <w:pPr>
        <w:ind w:left="1440" w:hanging="360"/>
      </w:pPr>
      <w:rPr>
        <w:rFonts w:ascii="Symbol" w:eastAsia="Arial" w:hAnsi="Symbo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9F53267"/>
    <w:multiLevelType w:val="multilevel"/>
    <w:tmpl w:val="B762C8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3B2F2800"/>
    <w:multiLevelType w:val="hybridMultilevel"/>
    <w:tmpl w:val="AA226EAC"/>
    <w:lvl w:ilvl="0" w:tplc="19EA88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BD46A8A"/>
    <w:multiLevelType w:val="hybridMultilevel"/>
    <w:tmpl w:val="DE12FDDA"/>
    <w:lvl w:ilvl="0" w:tplc="19EA88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C030209"/>
    <w:multiLevelType w:val="hybridMultilevel"/>
    <w:tmpl w:val="5B808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E0A433B"/>
    <w:multiLevelType w:val="multilevel"/>
    <w:tmpl w:val="BC0470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408738A9"/>
    <w:multiLevelType w:val="multilevel"/>
    <w:tmpl w:val="D4DC94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0D029CC"/>
    <w:multiLevelType w:val="multilevel"/>
    <w:tmpl w:val="6208544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35" w15:restartNumberingAfterBreak="0">
    <w:nsid w:val="416211BC"/>
    <w:multiLevelType w:val="multilevel"/>
    <w:tmpl w:val="5F780A64"/>
    <w:lvl w:ilvl="0">
      <w:start w:val="1"/>
      <w:numFmt w:val="bullet"/>
      <w:lvlText w:val="•"/>
      <w:lvlJc w:val="left"/>
      <w:pPr>
        <w:ind w:left="720" w:hanging="3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4279545D"/>
    <w:multiLevelType w:val="multilevel"/>
    <w:tmpl w:val="90FC7C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43596A95"/>
    <w:multiLevelType w:val="multilevel"/>
    <w:tmpl w:val="FDB0C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449A163B"/>
    <w:multiLevelType w:val="multilevel"/>
    <w:tmpl w:val="141CE0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45016F96"/>
    <w:multiLevelType w:val="hybridMultilevel"/>
    <w:tmpl w:val="60BED650"/>
    <w:lvl w:ilvl="0" w:tplc="409270EA">
      <w:start w:val="2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6D342C0"/>
    <w:multiLevelType w:val="multilevel"/>
    <w:tmpl w:val="F760B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4A7B2555"/>
    <w:multiLevelType w:val="hybridMultilevel"/>
    <w:tmpl w:val="F084A58A"/>
    <w:lvl w:ilvl="0" w:tplc="19EA88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BBC3841"/>
    <w:multiLevelType w:val="hybridMultilevel"/>
    <w:tmpl w:val="A8A2EA08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43" w15:restartNumberingAfterBreak="0">
    <w:nsid w:val="524B57A9"/>
    <w:multiLevelType w:val="multilevel"/>
    <w:tmpl w:val="86584948"/>
    <w:lvl w:ilvl="0">
      <w:start w:val="1"/>
      <w:numFmt w:val="bullet"/>
      <w:pStyle w:val="List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52C4769D"/>
    <w:multiLevelType w:val="hybridMultilevel"/>
    <w:tmpl w:val="673E2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781339C"/>
    <w:multiLevelType w:val="multilevel"/>
    <w:tmpl w:val="5E16F29A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7FE66E7"/>
    <w:multiLevelType w:val="multilevel"/>
    <w:tmpl w:val="06646846"/>
    <w:lvl w:ilvl="0">
      <w:start w:val="1"/>
      <w:numFmt w:val="bullet"/>
      <w:pStyle w:val="ListBullet3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5A123EA8"/>
    <w:multiLevelType w:val="hybridMultilevel"/>
    <w:tmpl w:val="EC26F9C2"/>
    <w:lvl w:ilvl="0" w:tplc="19EA88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B4413FA"/>
    <w:multiLevelType w:val="multilevel"/>
    <w:tmpl w:val="1C869700"/>
    <w:lvl w:ilvl="0">
      <w:start w:val="1"/>
      <w:numFmt w:val="bullet"/>
      <w:lvlText w:val="●"/>
      <w:lvlJc w:val="left"/>
      <w:pPr>
        <w:ind w:left="1440" w:hanging="360"/>
      </w:pPr>
    </w:lvl>
    <w:lvl w:ilvl="1">
      <w:start w:val="1"/>
      <w:numFmt w:val="bullet"/>
      <w:lvlText w:val="○"/>
      <w:lvlJc w:val="left"/>
      <w:pPr>
        <w:ind w:left="0" w:firstLine="0"/>
      </w:pPr>
    </w:lvl>
    <w:lvl w:ilvl="2">
      <w:start w:val="1"/>
      <w:numFmt w:val="bullet"/>
      <w:lvlText w:val="■"/>
      <w:lvlJc w:val="left"/>
      <w:pPr>
        <w:ind w:left="0" w:firstLine="0"/>
      </w:pPr>
    </w:lvl>
    <w:lvl w:ilvl="3">
      <w:start w:val="1"/>
      <w:numFmt w:val="bullet"/>
      <w:lvlText w:val="●"/>
      <w:lvlJc w:val="left"/>
      <w:pPr>
        <w:ind w:left="0" w:firstLine="0"/>
      </w:pPr>
    </w:lvl>
    <w:lvl w:ilvl="4">
      <w:start w:val="1"/>
      <w:numFmt w:val="bullet"/>
      <w:lvlText w:val="○"/>
      <w:lvlJc w:val="left"/>
      <w:pPr>
        <w:ind w:left="0" w:firstLine="0"/>
      </w:pPr>
    </w:lvl>
    <w:lvl w:ilvl="5">
      <w:start w:val="1"/>
      <w:numFmt w:val="bullet"/>
      <w:lvlText w:val="■"/>
      <w:lvlJc w:val="left"/>
      <w:pPr>
        <w:ind w:left="0" w:firstLine="0"/>
      </w:pPr>
    </w:lvl>
    <w:lvl w:ilvl="6">
      <w:start w:val="1"/>
      <w:numFmt w:val="bullet"/>
      <w:lvlText w:val="●"/>
      <w:lvlJc w:val="left"/>
      <w:pPr>
        <w:ind w:left="0" w:firstLine="0"/>
      </w:pPr>
    </w:lvl>
    <w:lvl w:ilvl="7">
      <w:start w:val="1"/>
      <w:numFmt w:val="bullet"/>
      <w:lvlText w:val="○"/>
      <w:lvlJc w:val="left"/>
      <w:pPr>
        <w:ind w:left="0" w:firstLine="0"/>
      </w:pPr>
    </w:lvl>
    <w:lvl w:ilvl="8">
      <w:start w:val="1"/>
      <w:numFmt w:val="bullet"/>
      <w:lvlText w:val="■"/>
      <w:lvlJc w:val="left"/>
      <w:pPr>
        <w:ind w:left="0" w:firstLine="0"/>
      </w:pPr>
    </w:lvl>
  </w:abstractNum>
  <w:abstractNum w:abstractNumId="49" w15:restartNumberingAfterBreak="0">
    <w:nsid w:val="5D375074"/>
    <w:multiLevelType w:val="multilevel"/>
    <w:tmpl w:val="42ECCBA6"/>
    <w:lvl w:ilvl="0">
      <w:start w:val="1"/>
      <w:numFmt w:val="bullet"/>
      <w:lvlText w:val="•"/>
      <w:lvlJc w:val="left"/>
      <w:pPr>
        <w:ind w:left="720" w:hanging="3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 w15:restartNumberingAfterBreak="0">
    <w:nsid w:val="605149D9"/>
    <w:multiLevelType w:val="multilevel"/>
    <w:tmpl w:val="FDB0C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 w15:restartNumberingAfterBreak="0">
    <w:nsid w:val="65C16F1C"/>
    <w:multiLevelType w:val="multilevel"/>
    <w:tmpl w:val="907A2B6E"/>
    <w:lvl w:ilvl="0">
      <w:start w:val="1"/>
      <w:numFmt w:val="decimal"/>
      <w:pStyle w:val="ListNumber2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2" w15:restartNumberingAfterBreak="0">
    <w:nsid w:val="663A0033"/>
    <w:multiLevelType w:val="multilevel"/>
    <w:tmpl w:val="B72487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3" w15:restartNumberingAfterBreak="0">
    <w:nsid w:val="69122814"/>
    <w:multiLevelType w:val="multilevel"/>
    <w:tmpl w:val="8FB6A00E"/>
    <w:lvl w:ilvl="0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691D4FCA"/>
    <w:multiLevelType w:val="hybridMultilevel"/>
    <w:tmpl w:val="F71EFDF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F2941C0"/>
    <w:multiLevelType w:val="multilevel"/>
    <w:tmpl w:val="28EC49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6" w15:restartNumberingAfterBreak="0">
    <w:nsid w:val="70A541B1"/>
    <w:multiLevelType w:val="multilevel"/>
    <w:tmpl w:val="FDB0C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 w15:restartNumberingAfterBreak="0">
    <w:nsid w:val="72C00211"/>
    <w:multiLevelType w:val="multilevel"/>
    <w:tmpl w:val="DC34323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8" w15:restartNumberingAfterBreak="0">
    <w:nsid w:val="77972A5A"/>
    <w:multiLevelType w:val="multilevel"/>
    <w:tmpl w:val="F500A6B4"/>
    <w:lvl w:ilvl="0">
      <w:start w:val="1"/>
      <w:numFmt w:val="bullet"/>
      <w:lvlText w:val="•"/>
      <w:lvlJc w:val="left"/>
      <w:pPr>
        <w:ind w:left="720" w:hanging="360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 w15:restartNumberingAfterBreak="0">
    <w:nsid w:val="7D190BC7"/>
    <w:multiLevelType w:val="multilevel"/>
    <w:tmpl w:val="F7C84620"/>
    <w:lvl w:ilvl="0">
      <w:start w:val="1"/>
      <w:numFmt w:val="bullet"/>
      <w:lvlText w:val="●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7EE26926"/>
    <w:multiLevelType w:val="hybridMultilevel"/>
    <w:tmpl w:val="6F42BD7E"/>
    <w:lvl w:ilvl="0" w:tplc="19EA88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35688">
    <w:abstractNumId w:val="43"/>
  </w:num>
  <w:num w:numId="2" w16cid:durableId="1935165056">
    <w:abstractNumId w:val="11"/>
  </w:num>
  <w:num w:numId="3" w16cid:durableId="1685521810">
    <w:abstractNumId w:val="46"/>
  </w:num>
  <w:num w:numId="4" w16cid:durableId="915821609">
    <w:abstractNumId w:val="55"/>
  </w:num>
  <w:num w:numId="5" w16cid:durableId="501159968">
    <w:abstractNumId w:val="26"/>
  </w:num>
  <w:num w:numId="6" w16cid:durableId="802424068">
    <w:abstractNumId w:val="51"/>
  </w:num>
  <w:num w:numId="7" w16cid:durableId="820268092">
    <w:abstractNumId w:val="12"/>
  </w:num>
  <w:num w:numId="8" w16cid:durableId="2047100119">
    <w:abstractNumId w:val="20"/>
  </w:num>
  <w:num w:numId="9" w16cid:durableId="1378117385">
    <w:abstractNumId w:val="32"/>
  </w:num>
  <w:num w:numId="10" w16cid:durableId="1571887656">
    <w:abstractNumId w:val="38"/>
  </w:num>
  <w:num w:numId="11" w16cid:durableId="1240751547">
    <w:abstractNumId w:val="28"/>
  </w:num>
  <w:num w:numId="12" w16cid:durableId="1667634004">
    <w:abstractNumId w:val="23"/>
  </w:num>
  <w:num w:numId="13" w16cid:durableId="241569806">
    <w:abstractNumId w:val="57"/>
  </w:num>
  <w:num w:numId="14" w16cid:durableId="252126955">
    <w:abstractNumId w:val="17"/>
  </w:num>
  <w:num w:numId="15" w16cid:durableId="700475399">
    <w:abstractNumId w:val="59"/>
  </w:num>
  <w:num w:numId="16" w16cid:durableId="1503156860">
    <w:abstractNumId w:val="0"/>
  </w:num>
  <w:num w:numId="17" w16cid:durableId="144323149">
    <w:abstractNumId w:val="33"/>
  </w:num>
  <w:num w:numId="18" w16cid:durableId="1635914077">
    <w:abstractNumId w:val="34"/>
  </w:num>
  <w:num w:numId="19" w16cid:durableId="363749913">
    <w:abstractNumId w:val="52"/>
  </w:num>
  <w:num w:numId="20" w16cid:durableId="1941140144">
    <w:abstractNumId w:val="13"/>
  </w:num>
  <w:num w:numId="21" w16cid:durableId="575672393">
    <w:abstractNumId w:val="16"/>
  </w:num>
  <w:num w:numId="22" w16cid:durableId="1461340048">
    <w:abstractNumId w:val="48"/>
  </w:num>
  <w:num w:numId="23" w16cid:durableId="1817531091">
    <w:abstractNumId w:val="14"/>
  </w:num>
  <w:num w:numId="24" w16cid:durableId="382565253">
    <w:abstractNumId w:val="3"/>
  </w:num>
  <w:num w:numId="25" w16cid:durableId="1676954638">
    <w:abstractNumId w:val="18"/>
  </w:num>
  <w:num w:numId="26" w16cid:durableId="480198785">
    <w:abstractNumId w:val="10"/>
  </w:num>
  <w:num w:numId="27" w16cid:durableId="1332754130">
    <w:abstractNumId w:val="36"/>
  </w:num>
  <w:num w:numId="28" w16cid:durableId="1933199566">
    <w:abstractNumId w:val="40"/>
  </w:num>
  <w:num w:numId="29" w16cid:durableId="905529623">
    <w:abstractNumId w:val="24"/>
  </w:num>
  <w:num w:numId="30" w16cid:durableId="1214462889">
    <w:abstractNumId w:val="7"/>
  </w:num>
  <w:num w:numId="31" w16cid:durableId="1237128416">
    <w:abstractNumId w:val="21"/>
  </w:num>
  <w:num w:numId="32" w16cid:durableId="513569022">
    <w:abstractNumId w:val="58"/>
  </w:num>
  <w:num w:numId="33" w16cid:durableId="2096777798">
    <w:abstractNumId w:val="9"/>
  </w:num>
  <w:num w:numId="34" w16cid:durableId="149634337">
    <w:abstractNumId w:val="8"/>
  </w:num>
  <w:num w:numId="35" w16cid:durableId="1830558349">
    <w:abstractNumId w:val="49"/>
  </w:num>
  <w:num w:numId="36" w16cid:durableId="1479111204">
    <w:abstractNumId w:val="5"/>
  </w:num>
  <w:num w:numId="37" w16cid:durableId="1317956391">
    <w:abstractNumId w:val="35"/>
  </w:num>
  <w:num w:numId="38" w16cid:durableId="1371805270">
    <w:abstractNumId w:val="15"/>
  </w:num>
  <w:num w:numId="39" w16cid:durableId="1006589744">
    <w:abstractNumId w:val="50"/>
  </w:num>
  <w:num w:numId="40" w16cid:durableId="1784375603">
    <w:abstractNumId w:val="22"/>
  </w:num>
  <w:num w:numId="41" w16cid:durableId="321082139">
    <w:abstractNumId w:val="4"/>
  </w:num>
  <w:num w:numId="42" w16cid:durableId="52000633">
    <w:abstractNumId w:val="56"/>
  </w:num>
  <w:num w:numId="43" w16cid:durableId="1247303405">
    <w:abstractNumId w:val="37"/>
  </w:num>
  <w:num w:numId="44" w16cid:durableId="819467430">
    <w:abstractNumId w:val="2"/>
  </w:num>
  <w:num w:numId="45" w16cid:durableId="238254405">
    <w:abstractNumId w:val="45"/>
  </w:num>
  <w:num w:numId="46" w16cid:durableId="775294480">
    <w:abstractNumId w:val="1"/>
  </w:num>
  <w:num w:numId="47" w16cid:durableId="1243099169">
    <w:abstractNumId w:val="39"/>
  </w:num>
  <w:num w:numId="48" w16cid:durableId="1006859691">
    <w:abstractNumId w:val="19"/>
  </w:num>
  <w:num w:numId="49" w16cid:durableId="184490260">
    <w:abstractNumId w:val="31"/>
  </w:num>
  <w:num w:numId="50" w16cid:durableId="1819567202">
    <w:abstractNumId w:val="44"/>
  </w:num>
  <w:num w:numId="51" w16cid:durableId="1771975411">
    <w:abstractNumId w:val="42"/>
  </w:num>
  <w:num w:numId="52" w16cid:durableId="1791970396">
    <w:abstractNumId w:val="29"/>
  </w:num>
  <w:num w:numId="53" w16cid:durableId="787093015">
    <w:abstractNumId w:val="6"/>
  </w:num>
  <w:num w:numId="54" w16cid:durableId="1284001415">
    <w:abstractNumId w:val="53"/>
  </w:num>
  <w:num w:numId="55" w16cid:durableId="1443305497">
    <w:abstractNumId w:val="27"/>
  </w:num>
  <w:num w:numId="56" w16cid:durableId="440996746">
    <w:abstractNumId w:val="30"/>
  </w:num>
  <w:num w:numId="57" w16cid:durableId="1387951252">
    <w:abstractNumId w:val="25"/>
  </w:num>
  <w:num w:numId="58" w16cid:durableId="1021473561">
    <w:abstractNumId w:val="47"/>
  </w:num>
  <w:num w:numId="59" w16cid:durableId="667100245">
    <w:abstractNumId w:val="60"/>
  </w:num>
  <w:num w:numId="60" w16cid:durableId="588194793">
    <w:abstractNumId w:val="41"/>
  </w:num>
  <w:num w:numId="61" w16cid:durableId="71006969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2C4"/>
    <w:rsid w:val="00027206"/>
    <w:rsid w:val="00055CCD"/>
    <w:rsid w:val="00081472"/>
    <w:rsid w:val="000D05A2"/>
    <w:rsid w:val="000D3930"/>
    <w:rsid w:val="001064FC"/>
    <w:rsid w:val="00133C9E"/>
    <w:rsid w:val="00175836"/>
    <w:rsid w:val="00191D0C"/>
    <w:rsid w:val="001B19CC"/>
    <w:rsid w:val="001E46B3"/>
    <w:rsid w:val="00240125"/>
    <w:rsid w:val="00254E8A"/>
    <w:rsid w:val="00285986"/>
    <w:rsid w:val="002A1140"/>
    <w:rsid w:val="002C3010"/>
    <w:rsid w:val="003307A7"/>
    <w:rsid w:val="00331EEB"/>
    <w:rsid w:val="00351FF9"/>
    <w:rsid w:val="0039729A"/>
    <w:rsid w:val="003A7075"/>
    <w:rsid w:val="003B06DB"/>
    <w:rsid w:val="003D4A80"/>
    <w:rsid w:val="00402FC6"/>
    <w:rsid w:val="00466D4C"/>
    <w:rsid w:val="00472663"/>
    <w:rsid w:val="00501CC8"/>
    <w:rsid w:val="00556915"/>
    <w:rsid w:val="005B433D"/>
    <w:rsid w:val="005F40BB"/>
    <w:rsid w:val="00615980"/>
    <w:rsid w:val="00656586"/>
    <w:rsid w:val="006627F5"/>
    <w:rsid w:val="00673B2B"/>
    <w:rsid w:val="006C57FA"/>
    <w:rsid w:val="006D3413"/>
    <w:rsid w:val="007E4AF9"/>
    <w:rsid w:val="007E5E59"/>
    <w:rsid w:val="008072C4"/>
    <w:rsid w:val="00822076"/>
    <w:rsid w:val="008858B0"/>
    <w:rsid w:val="00957DFF"/>
    <w:rsid w:val="009B4AF5"/>
    <w:rsid w:val="009B70BC"/>
    <w:rsid w:val="009D6E90"/>
    <w:rsid w:val="00A01567"/>
    <w:rsid w:val="00A10652"/>
    <w:rsid w:val="00A1559C"/>
    <w:rsid w:val="00A63D1F"/>
    <w:rsid w:val="00A7085A"/>
    <w:rsid w:val="00AC1779"/>
    <w:rsid w:val="00AC58CA"/>
    <w:rsid w:val="00AE0238"/>
    <w:rsid w:val="00AE0962"/>
    <w:rsid w:val="00AE3C02"/>
    <w:rsid w:val="00B6296E"/>
    <w:rsid w:val="00B86073"/>
    <w:rsid w:val="00B87D7C"/>
    <w:rsid w:val="00BA7FD0"/>
    <w:rsid w:val="00BC0231"/>
    <w:rsid w:val="00BD2505"/>
    <w:rsid w:val="00CA6BB7"/>
    <w:rsid w:val="00CB5F48"/>
    <w:rsid w:val="00CE056B"/>
    <w:rsid w:val="00D1072B"/>
    <w:rsid w:val="00D47BA4"/>
    <w:rsid w:val="00D51D9C"/>
    <w:rsid w:val="00DA511D"/>
    <w:rsid w:val="00DC5DFE"/>
    <w:rsid w:val="00DE1274"/>
    <w:rsid w:val="00E30262"/>
    <w:rsid w:val="00E86EEB"/>
    <w:rsid w:val="00F47891"/>
    <w:rsid w:val="00F5145E"/>
    <w:rsid w:val="00F62115"/>
    <w:rsid w:val="00F64719"/>
    <w:rsid w:val="00F701BE"/>
    <w:rsid w:val="00F76E8F"/>
    <w:rsid w:val="00F923C2"/>
    <w:rsid w:val="00F93B5D"/>
    <w:rsid w:val="00F94888"/>
    <w:rsid w:val="00FC2311"/>
    <w:rsid w:val="00FE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CC5E2"/>
  <w15:docId w15:val="{2F54BA21-F94D-4A7D-95E3-D1ED72452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54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CurrentList1">
    <w:name w:val="Current List1"/>
    <w:uiPriority w:val="99"/>
    <w:rsid w:val="00BC0231"/>
    <w:pPr>
      <w:numPr>
        <w:numId w:val="4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IB6L3XfIQGZy61I7Zk3VYanzKg==">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9</Pages>
  <Words>1944</Words>
  <Characters>12150</Characters>
  <Application>Microsoft Office Word</Application>
  <DocSecurity>0</DocSecurity>
  <Lines>357</Lines>
  <Paragraphs>223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Edin Garaplija</cp:lastModifiedBy>
  <cp:revision>5</cp:revision>
  <cp:lastPrinted>2026-02-06T09:38:00Z</cp:lastPrinted>
  <dcterms:created xsi:type="dcterms:W3CDTF">2026-02-17T14:57:00Z</dcterms:created>
  <dcterms:modified xsi:type="dcterms:W3CDTF">2026-02-24T09:21:00Z</dcterms:modified>
</cp:coreProperties>
</file>